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9AFD2" w14:textId="77777777" w:rsidR="005B13E6" w:rsidRDefault="00DD6998">
      <w:pPr>
        <w:jc w:val="center"/>
      </w:pPr>
      <w:r>
        <w:rPr>
          <w:b/>
          <w:color w:val="8B1E3F"/>
          <w:sz w:val="48"/>
        </w:rPr>
        <w:t>RECURSOS EDITABLES</w:t>
      </w:r>
    </w:p>
    <w:p w14:paraId="1D0AD0C0" w14:textId="77777777" w:rsidR="005B13E6" w:rsidRDefault="00DD6998">
      <w:pPr>
        <w:jc w:val="center"/>
      </w:pPr>
      <w:r>
        <w:rPr>
          <w:b/>
          <w:sz w:val="36"/>
        </w:rPr>
        <w:t>Seminario de Tesis I e inteligencia artificial</w:t>
      </w:r>
    </w:p>
    <w:p w14:paraId="42F717D6" w14:textId="77777777" w:rsidR="005B13E6" w:rsidRDefault="00DD6998">
      <w:pPr>
        <w:spacing w:before="560"/>
        <w:jc w:val="center"/>
      </w:pPr>
      <w:r>
        <w:rPr>
          <w:sz w:val="26"/>
        </w:rPr>
        <w:t>Materiales para el desarrollo progresivo de habilidades investigativas y el uso crítico, ético y metodológico de la inteligencia artificial</w:t>
      </w:r>
    </w:p>
    <w:p w14:paraId="1C5A4E87" w14:textId="77777777" w:rsidR="005B13E6" w:rsidRDefault="005B13E6"/>
    <w:p w14:paraId="4F834617" w14:textId="77777777" w:rsidR="005B13E6" w:rsidRDefault="005B13E6"/>
    <w:p w14:paraId="7A24D145" w14:textId="77777777" w:rsidR="005B13E6" w:rsidRDefault="005B13E6"/>
    <w:p w14:paraId="717D3A00" w14:textId="77777777" w:rsidR="005B13E6" w:rsidRDefault="005B13E6"/>
    <w:p w14:paraId="6C270E9A" w14:textId="77777777" w:rsidR="005B13E6" w:rsidRDefault="00DD6998">
      <w:pPr>
        <w:jc w:val="center"/>
      </w:pPr>
      <w:r>
        <w:rPr>
          <w:b/>
          <w:sz w:val="24"/>
        </w:rPr>
        <w:t>Autora: Rosa María Murguía Chávez</w:t>
      </w:r>
    </w:p>
    <w:p w14:paraId="31682CD9" w14:textId="77777777" w:rsidR="005B13E6" w:rsidRDefault="00DD6998">
      <w:pPr>
        <w:jc w:val="center"/>
      </w:pPr>
      <w:r>
        <w:rPr>
          <w:sz w:val="22"/>
        </w:rPr>
        <w:t>Material didáctico para estudiantes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5B13E6" w14:paraId="39FF76A5" w14:textId="77777777">
        <w:trPr>
          <w:jc w:val="center"/>
        </w:trPr>
        <w:tc>
          <w:tcPr>
            <w:tcW w:w="10512" w:type="dxa"/>
            <w:shd w:val="clear" w:color="auto" w:fill="FFF7ED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48D40E6" w14:textId="77777777" w:rsidR="005B13E6" w:rsidRDefault="00DD6998">
            <w:r>
              <w:rPr>
                <w:b/>
              </w:rPr>
              <w:t xml:space="preserve">Uso responsable: </w:t>
            </w:r>
            <w:r>
              <w:t>No incorpores nombres, datos personales, documentos confidenciales ni información sensible en herramientas públicas de IA. Verifica toda afirmación y referencia en la fuente original y registra de forma transparente el uso de IA.</w:t>
            </w:r>
          </w:p>
        </w:tc>
      </w:tr>
    </w:tbl>
    <w:p w14:paraId="18776F89" w14:textId="77777777" w:rsidR="005B13E6" w:rsidRDefault="00DD6998">
      <w:r>
        <w:br w:type="page"/>
      </w:r>
    </w:p>
    <w:p w14:paraId="38FE9B35" w14:textId="77777777" w:rsidR="005B13E6" w:rsidRDefault="00DD6998">
      <w:pPr>
        <w:pStyle w:val="Ttulo1"/>
        <w:jc w:val="center"/>
      </w:pPr>
      <w:r>
        <w:rPr>
          <w:color w:val="8B1E3F"/>
        </w:rPr>
        <w:lastRenderedPageBreak/>
        <w:t>Orientaciones para utilizar los recursos</w:t>
      </w:r>
    </w:p>
    <w:p w14:paraId="1A952230" w14:textId="77777777" w:rsidR="005B13E6" w:rsidRDefault="00DD6998">
      <w:pPr>
        <w:jc w:val="both"/>
      </w:pPr>
      <w:r>
        <w:t>Estos formatos acompañan las sesiones del Laboratorio de Inteligencia Artificial integrado a Seminario de Tesis I. Pueden completarse en Word, imprimirse o adaptarse a una tabla digital.</w:t>
      </w:r>
    </w:p>
    <w:p w14:paraId="664D4E6C" w14:textId="77777777" w:rsidR="005B13E6" w:rsidRDefault="00DD6998">
      <w:pPr>
        <w:jc w:val="both"/>
      </w:pPr>
      <w:r>
        <w:t>Cada evidencia debe conservar la autoría del estudiante. Cuando se utilice inteligencia artificial, debe registrarse la herramienta, el propósito, el prompt, la verificación realizada y la decisión final sobre el uso de la respuesta.</w:t>
      </w:r>
    </w:p>
    <w:p w14:paraId="3EC66DE9" w14:textId="77777777" w:rsidR="005B13E6" w:rsidRDefault="00DD6998">
      <w:pPr>
        <w:jc w:val="both"/>
      </w:pPr>
      <w:r>
        <w:t>Como alternativa basada en el Diseño Universal para el Aprendizaje (DUA), las respuestas pueden redactarse, organizarse mediante esquemas o elaborarse inicialmente como notas de voz transcritas, siempre que se mantengan los criterios académicos, las referencias y la trazabilidad.</w:t>
      </w:r>
    </w:p>
    <w:p w14:paraId="5D7353F7" w14:textId="77777777" w:rsidR="005B13E6" w:rsidRDefault="00DD6998">
      <w:pPr>
        <w:pStyle w:val="Ttulo2"/>
      </w:pPr>
      <w:r>
        <w:t>Contenido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5B13E6" w14:paraId="19D5AD13" w14:textId="77777777">
        <w:trPr>
          <w:jc w:val="center"/>
        </w:trPr>
        <w:tc>
          <w:tcPr>
            <w:tcW w:w="3504" w:type="dxa"/>
            <w:shd w:val="clear" w:color="auto" w:fill="8B1E3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692025" w14:textId="77777777" w:rsidR="005B13E6" w:rsidRDefault="00DD6998">
            <w:r>
              <w:rPr>
                <w:b/>
                <w:color w:val="FFFFFF"/>
              </w:rPr>
              <w:t>Código</w:t>
            </w:r>
          </w:p>
        </w:tc>
        <w:tc>
          <w:tcPr>
            <w:tcW w:w="3504" w:type="dxa"/>
            <w:shd w:val="clear" w:color="auto" w:fill="8B1E3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02F71E" w14:textId="77777777" w:rsidR="005B13E6" w:rsidRDefault="00DD6998">
            <w:r>
              <w:rPr>
                <w:b/>
                <w:color w:val="FFFFFF"/>
              </w:rPr>
              <w:t>Recurso</w:t>
            </w:r>
          </w:p>
        </w:tc>
        <w:tc>
          <w:tcPr>
            <w:tcW w:w="3504" w:type="dxa"/>
            <w:shd w:val="clear" w:color="auto" w:fill="8B1E3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CF2546" w14:textId="77777777" w:rsidR="005B13E6" w:rsidRDefault="00DD6998">
            <w:r>
              <w:rPr>
                <w:b/>
                <w:color w:val="FFFFFF"/>
              </w:rPr>
              <w:t>Uso principal</w:t>
            </w:r>
          </w:p>
        </w:tc>
      </w:tr>
      <w:tr w:rsidR="005B13E6" w14:paraId="787F2F15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5D5FAF" w14:textId="77777777" w:rsidR="005B13E6" w:rsidRDefault="00DD6998">
            <w:r>
              <w:t>R01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2C95BD" w14:textId="77777777" w:rsidR="005B13E6" w:rsidRDefault="00DD6998">
            <w:r>
              <w:t>Cuestionario diagnóstico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795357" w14:textId="77777777" w:rsidR="005B13E6" w:rsidRDefault="00DD6998">
            <w:r>
              <w:t>Sesión 1</w:t>
            </w:r>
          </w:p>
        </w:tc>
      </w:tr>
      <w:tr w:rsidR="005B13E6" w14:paraId="6C018118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3E29D9" w14:textId="77777777" w:rsidR="005B13E6" w:rsidRDefault="00DD6998">
            <w:r>
              <w:t>R02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D82EFD" w14:textId="77777777" w:rsidR="005B13E6" w:rsidRDefault="00DD6998">
            <w:r>
              <w:t>Registro transparente de uso de IA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8F92DA" w14:textId="77777777" w:rsidR="005B13E6" w:rsidRDefault="00DD6998">
            <w:r>
              <w:t>Uso transversal</w:t>
            </w:r>
          </w:p>
        </w:tc>
      </w:tr>
      <w:tr w:rsidR="005B13E6" w14:paraId="5AEA3969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C27600" w14:textId="77777777" w:rsidR="005B13E6" w:rsidRDefault="00DD6998">
            <w:r>
              <w:t>R03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359048" w14:textId="77777777" w:rsidR="005B13E6" w:rsidRDefault="00DD6998">
            <w:r>
              <w:t>Plantilla de análisis y delimitación del problema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ECC910" w14:textId="77777777" w:rsidR="005B13E6" w:rsidRDefault="00DD6998">
            <w:r>
              <w:t>Sesiones 3 y 4</w:t>
            </w:r>
          </w:p>
        </w:tc>
      </w:tr>
      <w:tr w:rsidR="005B13E6" w14:paraId="49575AB0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A95FBD" w14:textId="77777777" w:rsidR="005B13E6" w:rsidRDefault="00DD6998">
            <w:r>
              <w:t>R04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CAB366" w14:textId="77777777" w:rsidR="005B13E6" w:rsidRDefault="00DD6998">
            <w:r>
              <w:t>Guía para pregunta y objetivos de investigación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510C73" w14:textId="77777777" w:rsidR="005B13E6" w:rsidRDefault="00DD6998">
            <w:r>
              <w:t>Sesiones 6 y 7</w:t>
            </w:r>
          </w:p>
        </w:tc>
      </w:tr>
      <w:tr w:rsidR="005B13E6" w14:paraId="15ED33C8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3EF3A5" w14:textId="77777777" w:rsidR="005B13E6" w:rsidRDefault="00DD6998">
            <w:r>
              <w:t>R05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15D564" w14:textId="77777777" w:rsidR="005B13E6" w:rsidRDefault="00DD6998">
            <w:r>
              <w:t>Plantilla de justificación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A805A4" w14:textId="77777777" w:rsidR="005B13E6" w:rsidRDefault="00DD6998">
            <w:r>
              <w:t>Sesión 8</w:t>
            </w:r>
          </w:p>
        </w:tc>
      </w:tr>
      <w:tr w:rsidR="005B13E6" w14:paraId="58C9DAA8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E832E8" w14:textId="77777777" w:rsidR="005B13E6" w:rsidRDefault="00DD6998">
            <w:r>
              <w:t>R06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F5D16A" w14:textId="77777777" w:rsidR="005B13E6" w:rsidRDefault="00DD6998">
            <w:r>
              <w:t>Plantilla de diseño y revisión de prompts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6F8EE6" w14:textId="77777777" w:rsidR="005B13E6" w:rsidRDefault="00DD6998">
            <w:r>
              <w:t>Sesión 9</w:t>
            </w:r>
          </w:p>
        </w:tc>
      </w:tr>
      <w:tr w:rsidR="005B13E6" w14:paraId="0994D694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D63559" w14:textId="77777777" w:rsidR="005B13E6" w:rsidRDefault="00DD6998">
            <w:r>
              <w:t>R07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C97AC2" w14:textId="77777777" w:rsidR="005B13E6" w:rsidRDefault="00DD6998">
            <w:r>
              <w:t>Matriz de búsqueda y selección de fuentes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77661B" w14:textId="77777777" w:rsidR="005B13E6" w:rsidRDefault="00DD6998">
            <w:r>
              <w:t>Sesiones 10 y 11</w:t>
            </w:r>
          </w:p>
        </w:tc>
      </w:tr>
      <w:tr w:rsidR="005B13E6" w14:paraId="2CF0980D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F8AB28" w14:textId="77777777" w:rsidR="005B13E6" w:rsidRDefault="00DD6998">
            <w:r>
              <w:t>R08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CAEAA2" w14:textId="77777777" w:rsidR="005B13E6" w:rsidRDefault="00DD6998">
            <w:r>
              <w:t>Matriz de contraste entre IA y fuentes académicas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981F2A" w14:textId="77777777" w:rsidR="005B13E6" w:rsidRDefault="00DD6998">
            <w:r>
              <w:t>Sesión 12</w:t>
            </w:r>
          </w:p>
        </w:tc>
      </w:tr>
      <w:tr w:rsidR="005B13E6" w14:paraId="0782168C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060610" w14:textId="77777777" w:rsidR="005B13E6" w:rsidRDefault="00DD6998">
            <w:r>
              <w:t>R09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235765" w14:textId="77777777" w:rsidR="005B13E6" w:rsidRDefault="00DD6998">
            <w:r>
              <w:t>Matriz de antecedentes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DCB7C0" w14:textId="77777777" w:rsidR="005B13E6" w:rsidRDefault="00DD6998">
            <w:r>
              <w:t>Sesiones 11 y 14</w:t>
            </w:r>
          </w:p>
        </w:tc>
      </w:tr>
      <w:tr w:rsidR="005B13E6" w14:paraId="7AB1570C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A7AB83" w14:textId="77777777" w:rsidR="005B13E6" w:rsidRDefault="00DD6998">
            <w:r>
              <w:t>R10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6B9256" w14:textId="77777777" w:rsidR="005B13E6" w:rsidRDefault="00DD6998">
            <w:r>
              <w:t>Ficha de lectura académica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D9CD99" w14:textId="77777777" w:rsidR="005B13E6" w:rsidRDefault="00DD6998">
            <w:r>
              <w:t>Sesión 13</w:t>
            </w:r>
          </w:p>
        </w:tc>
      </w:tr>
      <w:tr w:rsidR="005B13E6" w14:paraId="42C634C9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6559EE" w14:textId="77777777" w:rsidR="005B13E6" w:rsidRDefault="00DD6998">
            <w:r>
              <w:t>R11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37A899" w14:textId="77777777" w:rsidR="005B13E6" w:rsidRDefault="00DD6998">
            <w:r>
              <w:t>Mapa conceptual y esquema del marco teórico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4BC4B6" w14:textId="77777777" w:rsidR="005B13E6" w:rsidRDefault="00DD6998">
            <w:r>
              <w:t>Sesiones 14 y 15</w:t>
            </w:r>
          </w:p>
        </w:tc>
      </w:tr>
      <w:tr w:rsidR="005B13E6" w14:paraId="1BC87338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E3E57A" w14:textId="77777777" w:rsidR="005B13E6" w:rsidRDefault="00DD6998">
            <w:r>
              <w:t>R12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E746B8" w14:textId="77777777" w:rsidR="005B13E6" w:rsidRDefault="00DD6998">
            <w:r>
              <w:t>Plantilla metodológica preliminar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90F308" w14:textId="77777777" w:rsidR="005B13E6" w:rsidRDefault="00DD6998">
            <w:r>
              <w:t>Sesiones 16 y 17</w:t>
            </w:r>
          </w:p>
        </w:tc>
      </w:tr>
      <w:tr w:rsidR="005B13E6" w14:paraId="07D6BD7C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F8E1BD" w14:textId="77777777" w:rsidR="005B13E6" w:rsidRDefault="00DD6998">
            <w:r>
              <w:t>R13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F90AEB" w14:textId="77777777" w:rsidR="005B13E6" w:rsidRDefault="00DD6998">
            <w:r>
              <w:t>Rúbrica de integración del anteproyecto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24AB91" w14:textId="77777777" w:rsidR="005B13E6" w:rsidRDefault="00DD6998">
            <w:r>
              <w:t>Sesiones 18 y 19</w:t>
            </w:r>
          </w:p>
        </w:tc>
      </w:tr>
      <w:tr w:rsidR="005B13E6" w14:paraId="6CE6DD8A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2FEF6C" w14:textId="77777777" w:rsidR="005B13E6" w:rsidRDefault="00DD6998">
            <w:r>
              <w:t>R14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00F6F9" w14:textId="77777777" w:rsidR="005B13E6" w:rsidRDefault="00DD6998">
            <w:r>
              <w:t>Cuestionario final y reflexión metacognitiva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0F8826" w14:textId="77777777" w:rsidR="005B13E6" w:rsidRDefault="00DD6998">
            <w:r>
              <w:t>Sesión 20</w:t>
            </w:r>
          </w:p>
        </w:tc>
      </w:tr>
    </w:tbl>
    <w:p w14:paraId="6FCDD8C3" w14:textId="77777777" w:rsidR="005B13E6" w:rsidRDefault="00DD6998">
      <w:r>
        <w:br w:type="page"/>
      </w:r>
    </w:p>
    <w:p w14:paraId="4701A4C1" w14:textId="77777777" w:rsidR="005B13E6" w:rsidRDefault="00DD6998">
      <w:pPr>
        <w:spacing w:after="60"/>
      </w:pPr>
      <w:r>
        <w:rPr>
          <w:b/>
          <w:color w:val="8B1E3F"/>
          <w:sz w:val="34"/>
        </w:rPr>
        <w:lastRenderedPageBreak/>
        <w:t>R01  Cuestionario diagnóstico</w:t>
      </w:r>
    </w:p>
    <w:p w14:paraId="251A59F4" w14:textId="77777777" w:rsidR="005B13E6" w:rsidRDefault="00DD6998">
      <w:pPr>
        <w:spacing w:after="80"/>
      </w:pPr>
      <w:r>
        <w:rPr>
          <w:b/>
          <w:color w:val="075985"/>
          <w:sz w:val="18"/>
        </w:rPr>
        <w:t>Uso en la planeación: Sesión 1</w:t>
      </w:r>
    </w:p>
    <w:p w14:paraId="7EF9B74F" w14:textId="77777777" w:rsidR="005B13E6" w:rsidRDefault="00DD6998">
      <w:pPr>
        <w:pStyle w:val="Instrucciones"/>
      </w:pPr>
      <w:r>
        <w:rPr>
          <w:b/>
        </w:rPr>
        <w:t xml:space="preserve">Instrucciones: </w:t>
      </w:r>
      <w:r>
        <w:t>Complete el formato con información de su proyecto. Puede responder por escrito, mediante notas de voz transcritas o en una tabla digital. Conserve las referencias y el registro de uso de IA cuando corresponda.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5B13E6" w14:paraId="16EED5CA" w14:textId="77777777">
        <w:trPr>
          <w:jc w:val="center"/>
        </w:trPr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FA5174" w14:textId="77777777" w:rsidR="005B13E6" w:rsidRDefault="00DD6998">
            <w:r>
              <w:rPr>
                <w:b/>
              </w:rPr>
              <w:t>Nombre: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139D71" w14:textId="77777777" w:rsidR="005B13E6" w:rsidRDefault="00DD6998">
            <w:r>
              <w:rPr>
                <w:b/>
              </w:rPr>
              <w:t>Grupo: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8BCAC6" w14:textId="77777777" w:rsidR="005B13E6" w:rsidRDefault="00DD6998">
            <w:r>
              <w:rPr>
                <w:b/>
              </w:rPr>
              <w:t>Fecha:</w:t>
            </w:r>
            <w:r>
              <w:rPr>
                <w:b/>
              </w:rPr>
              <w:br/>
            </w:r>
          </w:p>
        </w:tc>
      </w:tr>
    </w:tbl>
    <w:p w14:paraId="638C6146" w14:textId="77777777" w:rsidR="005B13E6" w:rsidRDefault="005B13E6">
      <w:pPr>
        <w:spacing w:after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5B13E6" w14:paraId="14F5E0F9" w14:textId="77777777">
        <w:trPr>
          <w:tblHeader/>
          <w:jc w:val="center"/>
        </w:trPr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B7CB1CB" w14:textId="77777777" w:rsidR="005B13E6" w:rsidRDefault="00DD6998">
            <w:r>
              <w:rPr>
                <w:b/>
                <w:color w:val="FFFFFF"/>
              </w:rPr>
              <w:t>Elemento</w:t>
            </w:r>
          </w:p>
        </w:tc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BD79C9" w14:textId="77777777" w:rsidR="005B13E6" w:rsidRDefault="00DD6998">
            <w:r>
              <w:rPr>
                <w:b/>
                <w:color w:val="FFFFFF"/>
              </w:rPr>
              <w:t>Registro del estudiante</w:t>
            </w:r>
          </w:p>
        </w:tc>
      </w:tr>
      <w:tr w:rsidR="005B13E6" w14:paraId="05DCDE06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C478D7" w14:textId="77777777" w:rsidR="005B13E6" w:rsidRDefault="00DD6998">
            <w:r>
              <w:rPr>
                <w:b/>
                <w:sz w:val="18"/>
              </w:rPr>
              <w:t>Conocimientos previos sobre investigación: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5C956B" w14:textId="77777777" w:rsidR="005B13E6" w:rsidRDefault="005B13E6"/>
        </w:tc>
      </w:tr>
      <w:tr w:rsidR="005B13E6" w14:paraId="3A74E82A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3E4FD8" w14:textId="77777777" w:rsidR="005B13E6" w:rsidRDefault="00DD6998">
            <w:r>
              <w:rPr>
                <w:b/>
                <w:sz w:val="18"/>
              </w:rPr>
              <w:t>Experiencias previas con herramientas de IA: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89C5C5" w14:textId="77777777" w:rsidR="005B13E6" w:rsidRDefault="005B13E6"/>
        </w:tc>
      </w:tr>
      <w:tr w:rsidR="005B13E6" w14:paraId="7134B753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FB65AE" w14:textId="77777777" w:rsidR="005B13E6" w:rsidRDefault="00DD6998">
            <w:r>
              <w:rPr>
                <w:b/>
                <w:sz w:val="18"/>
              </w:rPr>
              <w:t>Dificultades percibidas al construir un proyecto de tesis: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78968F" w14:textId="77777777" w:rsidR="005B13E6" w:rsidRDefault="005B13E6"/>
        </w:tc>
      </w:tr>
      <w:tr w:rsidR="005B13E6" w14:paraId="47B35148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69E105" w14:textId="77777777" w:rsidR="005B13E6" w:rsidRDefault="00DD6998">
            <w:r>
              <w:rPr>
                <w:b/>
                <w:sz w:val="18"/>
              </w:rPr>
              <w:t>Medios de acceso tecnológico disponibles: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EA25A8" w14:textId="77777777" w:rsidR="005B13E6" w:rsidRDefault="005B13E6"/>
        </w:tc>
      </w:tr>
      <w:tr w:rsidR="005B13E6" w14:paraId="109C7289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421A49" w14:textId="77777777" w:rsidR="005B13E6" w:rsidRDefault="00DD6998">
            <w:r>
              <w:rPr>
                <w:b/>
                <w:sz w:val="18"/>
              </w:rPr>
              <w:t>Expectativas de aprendizaje: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F74846" w14:textId="77777777" w:rsidR="005B13E6" w:rsidRDefault="005B13E6"/>
        </w:tc>
      </w:tr>
    </w:tbl>
    <w:p w14:paraId="5CE2A1B9" w14:textId="77777777" w:rsidR="005B13E6" w:rsidRDefault="00DD6998">
      <w:pPr>
        <w:spacing w:before="100"/>
      </w:pPr>
      <w:r>
        <w:rPr>
          <w:b/>
          <w:color w:val="8B1E3F"/>
          <w:sz w:val="16"/>
        </w:rPr>
        <w:t xml:space="preserve">Recordatorio de ética y trazabilidad: </w:t>
      </w:r>
      <w:r>
        <w:rPr>
          <w:sz w:val="16"/>
        </w:rPr>
        <w:t>la IA puede apoyar la organización, revisión y generación de alternativas, pero no sustituye la lectura, el análisis, la toma de decisiones ni la autoría académica.</w:t>
      </w:r>
    </w:p>
    <w:p w14:paraId="7D6319A2" w14:textId="77777777" w:rsidR="005B13E6" w:rsidRDefault="00DD6998">
      <w:r>
        <w:br w:type="page"/>
      </w:r>
    </w:p>
    <w:p w14:paraId="5DDB5D7A" w14:textId="77777777" w:rsidR="005B13E6" w:rsidRDefault="00DD6998">
      <w:pPr>
        <w:spacing w:after="60"/>
      </w:pPr>
      <w:r>
        <w:rPr>
          <w:b/>
          <w:color w:val="8B1E3F"/>
          <w:sz w:val="34"/>
        </w:rPr>
        <w:lastRenderedPageBreak/>
        <w:t>R02  Registro transparente de uso de IA</w:t>
      </w:r>
    </w:p>
    <w:p w14:paraId="439DF473" w14:textId="77777777" w:rsidR="005B13E6" w:rsidRDefault="00DD6998">
      <w:pPr>
        <w:spacing w:after="80"/>
      </w:pPr>
      <w:r>
        <w:rPr>
          <w:b/>
          <w:color w:val="075985"/>
          <w:sz w:val="18"/>
        </w:rPr>
        <w:t>Uso en la planeación: Uso transversal</w:t>
      </w:r>
    </w:p>
    <w:p w14:paraId="1DB7C588" w14:textId="77777777" w:rsidR="005B13E6" w:rsidRDefault="00DD6998">
      <w:pPr>
        <w:pStyle w:val="Instrucciones"/>
      </w:pPr>
      <w:r>
        <w:rPr>
          <w:b/>
        </w:rPr>
        <w:t xml:space="preserve">Instrucciones: </w:t>
      </w:r>
      <w:r>
        <w:t>Complete el formato con información de su proyecto. Puede responder por escrito, mediante notas de voz transcritas o en una tabla digital. Conserve las referencias y el registro de uso de IA cuando corresponda.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5B13E6" w14:paraId="3FA72E5C" w14:textId="77777777">
        <w:trPr>
          <w:jc w:val="center"/>
        </w:trPr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21BF82" w14:textId="77777777" w:rsidR="005B13E6" w:rsidRDefault="00DD6998">
            <w:r>
              <w:rPr>
                <w:b/>
              </w:rPr>
              <w:t>Nombre: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BCB48B" w14:textId="77777777" w:rsidR="005B13E6" w:rsidRDefault="00DD6998">
            <w:r>
              <w:rPr>
                <w:b/>
              </w:rPr>
              <w:t>Grupo: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671BED" w14:textId="77777777" w:rsidR="005B13E6" w:rsidRDefault="00DD6998">
            <w:r>
              <w:rPr>
                <w:b/>
              </w:rPr>
              <w:t>Fecha:</w:t>
            </w:r>
            <w:r>
              <w:rPr>
                <w:b/>
              </w:rPr>
              <w:br/>
            </w:r>
          </w:p>
        </w:tc>
      </w:tr>
    </w:tbl>
    <w:p w14:paraId="0BAA6268" w14:textId="77777777" w:rsidR="005B13E6" w:rsidRDefault="005B13E6">
      <w:pPr>
        <w:spacing w:after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5B13E6" w14:paraId="6ED48AA5" w14:textId="77777777">
        <w:trPr>
          <w:tblHeader/>
          <w:jc w:val="center"/>
        </w:trPr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8DE13C" w14:textId="77777777" w:rsidR="005B13E6" w:rsidRDefault="00DD6998">
            <w:r>
              <w:rPr>
                <w:b/>
                <w:color w:val="FFFFFF"/>
              </w:rPr>
              <w:t>Elemento</w:t>
            </w:r>
          </w:p>
        </w:tc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069024" w14:textId="77777777" w:rsidR="005B13E6" w:rsidRDefault="00DD6998">
            <w:r>
              <w:rPr>
                <w:b/>
                <w:color w:val="FFFFFF"/>
              </w:rPr>
              <w:t>Registro del estudiante</w:t>
            </w:r>
          </w:p>
        </w:tc>
      </w:tr>
      <w:tr w:rsidR="005B13E6" w14:paraId="23B1A294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D7C66A" w14:textId="77777777" w:rsidR="005B13E6" w:rsidRDefault="00DD6998">
            <w:r>
              <w:rPr>
                <w:b/>
                <w:sz w:val="18"/>
              </w:rPr>
              <w:t>Fecha: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E3AEB1" w14:textId="77777777" w:rsidR="005B13E6" w:rsidRDefault="005B13E6"/>
        </w:tc>
      </w:tr>
      <w:tr w:rsidR="005B13E6" w14:paraId="475FB5DA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B6DF5B" w14:textId="77777777" w:rsidR="005B13E6" w:rsidRDefault="00DD6998">
            <w:r>
              <w:rPr>
                <w:b/>
                <w:sz w:val="18"/>
              </w:rPr>
              <w:t>Herramienta y versión utilizada: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A38CDD" w14:textId="77777777" w:rsidR="005B13E6" w:rsidRDefault="005B13E6"/>
        </w:tc>
      </w:tr>
      <w:tr w:rsidR="005B13E6" w14:paraId="3AB6CE4F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D0558C" w14:textId="77777777" w:rsidR="005B13E6" w:rsidRDefault="00DD6998">
            <w:r>
              <w:rPr>
                <w:b/>
                <w:sz w:val="18"/>
              </w:rPr>
              <w:t>Propósito de uso: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6E9E2B" w14:textId="77777777" w:rsidR="005B13E6" w:rsidRDefault="005B13E6"/>
        </w:tc>
      </w:tr>
      <w:tr w:rsidR="005B13E6" w14:paraId="786980F7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157BC0" w14:textId="77777777" w:rsidR="005B13E6" w:rsidRDefault="00DD6998">
            <w:r>
              <w:rPr>
                <w:b/>
                <w:sz w:val="18"/>
              </w:rPr>
              <w:t>Prompt empleado: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39406D" w14:textId="77777777" w:rsidR="005B13E6" w:rsidRDefault="005B13E6"/>
        </w:tc>
      </w:tr>
      <w:tr w:rsidR="005B13E6" w14:paraId="2C5D383D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858F1A" w14:textId="77777777" w:rsidR="005B13E6" w:rsidRDefault="00DD6998">
            <w:r>
              <w:rPr>
                <w:b/>
                <w:sz w:val="18"/>
              </w:rPr>
              <w:t>Resumen de la respuesta obtenida: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CF863A" w14:textId="77777777" w:rsidR="005B13E6" w:rsidRDefault="005B13E6"/>
        </w:tc>
      </w:tr>
      <w:tr w:rsidR="005B13E6" w14:paraId="7D428AC2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434C7D" w14:textId="77777777" w:rsidR="005B13E6" w:rsidRDefault="00DD6998">
            <w:r>
              <w:rPr>
                <w:b/>
                <w:sz w:val="18"/>
              </w:rPr>
              <w:t>Acciones de verificación realizadas: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DA0019" w14:textId="77777777" w:rsidR="005B13E6" w:rsidRDefault="005B13E6"/>
        </w:tc>
      </w:tr>
      <w:tr w:rsidR="005B13E6" w14:paraId="7B2241D4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D21FD8" w14:textId="77777777" w:rsidR="005B13E6" w:rsidRDefault="00DD6998">
            <w:r>
              <w:rPr>
                <w:b/>
                <w:sz w:val="18"/>
              </w:rPr>
              <w:t>Decisión del estudiante sobre el uso o descarte de la respuesta: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1CACEA" w14:textId="77777777" w:rsidR="005B13E6" w:rsidRDefault="005B13E6"/>
        </w:tc>
      </w:tr>
    </w:tbl>
    <w:p w14:paraId="6C446463" w14:textId="77777777" w:rsidR="005B13E6" w:rsidRDefault="00DD6998">
      <w:pPr>
        <w:spacing w:before="100"/>
      </w:pPr>
      <w:r>
        <w:rPr>
          <w:b/>
          <w:color w:val="8B1E3F"/>
          <w:sz w:val="16"/>
        </w:rPr>
        <w:t xml:space="preserve">Recordatorio de ética y trazabilidad: </w:t>
      </w:r>
      <w:r>
        <w:rPr>
          <w:sz w:val="16"/>
        </w:rPr>
        <w:t>la IA puede apoyar la organización, revisión y generación de alternativas, pero no sustituye la lectura, el análisis, la toma de decisiones ni la autoría académica.</w:t>
      </w:r>
    </w:p>
    <w:p w14:paraId="16CC2C45" w14:textId="77777777" w:rsidR="005B13E6" w:rsidRDefault="00DD6998">
      <w:r>
        <w:br w:type="page"/>
      </w:r>
    </w:p>
    <w:p w14:paraId="31CB01BF" w14:textId="77777777" w:rsidR="005B13E6" w:rsidRDefault="00DD6998">
      <w:pPr>
        <w:spacing w:after="60"/>
      </w:pPr>
      <w:r>
        <w:rPr>
          <w:b/>
          <w:color w:val="8B1E3F"/>
          <w:sz w:val="34"/>
        </w:rPr>
        <w:lastRenderedPageBreak/>
        <w:t>R03  Plantilla de análisis y delimitación del problema</w:t>
      </w:r>
    </w:p>
    <w:p w14:paraId="540EDC72" w14:textId="77777777" w:rsidR="005B13E6" w:rsidRDefault="00DD6998">
      <w:pPr>
        <w:spacing w:after="80"/>
      </w:pPr>
      <w:r>
        <w:rPr>
          <w:b/>
          <w:color w:val="075985"/>
          <w:sz w:val="18"/>
        </w:rPr>
        <w:t>Uso en la planeación: Sesiones 3 y 4</w:t>
      </w:r>
    </w:p>
    <w:p w14:paraId="592BD602" w14:textId="77777777" w:rsidR="005B13E6" w:rsidRDefault="00DD6998">
      <w:pPr>
        <w:pStyle w:val="Instrucciones"/>
      </w:pPr>
      <w:r>
        <w:rPr>
          <w:b/>
        </w:rPr>
        <w:t xml:space="preserve">Instrucciones: </w:t>
      </w:r>
      <w:r>
        <w:t>Complete el formato con información de su proyecto. Puede responder por escrito, mediante notas de voz transcritas o en una tabla digital. Conserve las referencias y el registro de uso de IA cuando corresponda.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5B13E6" w14:paraId="62FEA903" w14:textId="77777777">
        <w:trPr>
          <w:jc w:val="center"/>
        </w:trPr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BDE758" w14:textId="77777777" w:rsidR="005B13E6" w:rsidRDefault="00DD6998">
            <w:r>
              <w:rPr>
                <w:b/>
              </w:rPr>
              <w:t>Nombre: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60BB8F" w14:textId="77777777" w:rsidR="005B13E6" w:rsidRDefault="00DD6998">
            <w:r>
              <w:rPr>
                <w:b/>
              </w:rPr>
              <w:t>Grupo: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085DAE" w14:textId="77777777" w:rsidR="005B13E6" w:rsidRDefault="00DD6998">
            <w:r>
              <w:rPr>
                <w:b/>
              </w:rPr>
              <w:t>Fecha:</w:t>
            </w:r>
            <w:r>
              <w:rPr>
                <w:b/>
              </w:rPr>
              <w:br/>
            </w:r>
          </w:p>
        </w:tc>
      </w:tr>
    </w:tbl>
    <w:p w14:paraId="5EA6B8E5" w14:textId="77777777" w:rsidR="005B13E6" w:rsidRDefault="005B13E6">
      <w:pPr>
        <w:spacing w:after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5B13E6" w14:paraId="6C53C81A" w14:textId="77777777">
        <w:trPr>
          <w:tblHeader/>
          <w:jc w:val="center"/>
        </w:trPr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D101D1B" w14:textId="77777777" w:rsidR="005B13E6" w:rsidRDefault="00DD6998">
            <w:r>
              <w:rPr>
                <w:b/>
                <w:color w:val="FFFFFF"/>
              </w:rPr>
              <w:t>Elemento</w:t>
            </w:r>
          </w:p>
        </w:tc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E396E93" w14:textId="77777777" w:rsidR="005B13E6" w:rsidRDefault="00DD6998">
            <w:r>
              <w:rPr>
                <w:b/>
                <w:color w:val="FFFFFF"/>
              </w:rPr>
              <w:t>Registro del estudiante</w:t>
            </w:r>
          </w:p>
        </w:tc>
      </w:tr>
      <w:tr w:rsidR="005B13E6" w14:paraId="29DB96DB" w14:textId="77777777">
        <w:trPr>
          <w:trHeight w:val="720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309151" w14:textId="77777777" w:rsidR="005B13E6" w:rsidRDefault="00DD6998">
            <w:r>
              <w:rPr>
                <w:b/>
                <w:sz w:val="18"/>
              </w:rPr>
              <w:t>Situación educativa de interés: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43C4A5" w14:textId="77777777" w:rsidR="005B13E6" w:rsidRDefault="005B13E6"/>
        </w:tc>
      </w:tr>
      <w:tr w:rsidR="005B13E6" w14:paraId="7BBBCE19" w14:textId="77777777">
        <w:trPr>
          <w:trHeight w:val="720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3709C7" w14:textId="77777777" w:rsidR="005B13E6" w:rsidRDefault="00DD6998">
            <w:r>
              <w:rPr>
                <w:b/>
                <w:sz w:val="18"/>
              </w:rPr>
              <w:t>Contexto general: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7EF64E" w14:textId="77777777" w:rsidR="005B13E6" w:rsidRDefault="005B13E6"/>
        </w:tc>
      </w:tr>
      <w:tr w:rsidR="005B13E6" w14:paraId="0B9BA5BC" w14:textId="77777777">
        <w:trPr>
          <w:trHeight w:val="720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DE8506" w14:textId="77777777" w:rsidR="005B13E6" w:rsidRDefault="00DD6998">
            <w:r>
              <w:rPr>
                <w:b/>
                <w:sz w:val="18"/>
              </w:rPr>
              <w:t>Población o actores involucrados: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A21F67" w14:textId="77777777" w:rsidR="005B13E6" w:rsidRDefault="005B13E6"/>
        </w:tc>
      </w:tr>
      <w:tr w:rsidR="005B13E6" w14:paraId="298B0DE8" w14:textId="77777777">
        <w:trPr>
          <w:trHeight w:val="720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31E5AD" w14:textId="77777777" w:rsidR="005B13E6" w:rsidRDefault="00DD6998">
            <w:r>
              <w:rPr>
                <w:b/>
                <w:sz w:val="18"/>
              </w:rPr>
              <w:t>Evidencias o manifestaciones observables: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450985" w14:textId="77777777" w:rsidR="005B13E6" w:rsidRDefault="005B13E6"/>
        </w:tc>
      </w:tr>
      <w:tr w:rsidR="005B13E6" w14:paraId="211EDF69" w14:textId="77777777">
        <w:trPr>
          <w:trHeight w:val="720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A147E9" w14:textId="77777777" w:rsidR="005B13E6" w:rsidRDefault="00DD6998">
            <w:r>
              <w:rPr>
                <w:b/>
                <w:sz w:val="18"/>
              </w:rPr>
              <w:t>Posibles causas: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508C31" w14:textId="77777777" w:rsidR="005B13E6" w:rsidRDefault="005B13E6"/>
        </w:tc>
      </w:tr>
      <w:tr w:rsidR="005B13E6" w14:paraId="39AF52B2" w14:textId="77777777">
        <w:trPr>
          <w:trHeight w:val="720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6D8E0B" w14:textId="77777777" w:rsidR="005B13E6" w:rsidRDefault="00DD6998">
            <w:r>
              <w:rPr>
                <w:b/>
                <w:sz w:val="18"/>
              </w:rPr>
              <w:t>Consecuencias: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EF2019" w14:textId="77777777" w:rsidR="005B13E6" w:rsidRDefault="005B13E6"/>
        </w:tc>
      </w:tr>
      <w:tr w:rsidR="005B13E6" w14:paraId="44217DF6" w14:textId="77777777">
        <w:trPr>
          <w:trHeight w:val="720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045AEC" w14:textId="77777777" w:rsidR="005B13E6" w:rsidRDefault="00DD6998">
            <w:r>
              <w:rPr>
                <w:b/>
                <w:sz w:val="18"/>
              </w:rPr>
              <w:t>Delimitación espacial y temporal: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20C48F" w14:textId="77777777" w:rsidR="005B13E6" w:rsidRDefault="005B13E6"/>
        </w:tc>
      </w:tr>
      <w:tr w:rsidR="005B13E6" w14:paraId="32AD8C6D" w14:textId="77777777">
        <w:trPr>
          <w:trHeight w:val="720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EA224E" w14:textId="77777777" w:rsidR="005B13E6" w:rsidRDefault="00DD6998">
            <w:r>
              <w:rPr>
                <w:b/>
                <w:sz w:val="18"/>
              </w:rPr>
              <w:t>Viabilidad inicial de investigación: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32DF4E" w14:textId="77777777" w:rsidR="005B13E6" w:rsidRDefault="005B13E6"/>
        </w:tc>
      </w:tr>
    </w:tbl>
    <w:p w14:paraId="46F10A50" w14:textId="77777777" w:rsidR="005B13E6" w:rsidRDefault="00DD6998">
      <w:pPr>
        <w:spacing w:before="100"/>
      </w:pPr>
      <w:r>
        <w:rPr>
          <w:b/>
          <w:color w:val="8B1E3F"/>
          <w:sz w:val="16"/>
        </w:rPr>
        <w:t xml:space="preserve">Recordatorio de ética y trazabilidad: </w:t>
      </w:r>
      <w:r>
        <w:rPr>
          <w:sz w:val="16"/>
        </w:rPr>
        <w:t>la IA puede apoyar la organización, revisión y generación de alternativas, pero no sustituye la lectura, el análisis, la toma de decisiones ni la autoría académica.</w:t>
      </w:r>
    </w:p>
    <w:p w14:paraId="28257B4D" w14:textId="77777777" w:rsidR="005B13E6" w:rsidRDefault="00DD6998">
      <w:r>
        <w:br w:type="page"/>
      </w:r>
    </w:p>
    <w:p w14:paraId="40F80374" w14:textId="77777777" w:rsidR="005B13E6" w:rsidRDefault="00DD6998">
      <w:pPr>
        <w:spacing w:after="60"/>
      </w:pPr>
      <w:r>
        <w:rPr>
          <w:b/>
          <w:color w:val="8B1E3F"/>
          <w:sz w:val="34"/>
        </w:rPr>
        <w:lastRenderedPageBreak/>
        <w:t>R04  Guía para pregunta y objetivos de investigación</w:t>
      </w:r>
    </w:p>
    <w:p w14:paraId="05A941C0" w14:textId="77777777" w:rsidR="005B13E6" w:rsidRDefault="00DD6998">
      <w:pPr>
        <w:spacing w:after="80"/>
      </w:pPr>
      <w:r>
        <w:rPr>
          <w:b/>
          <w:color w:val="075985"/>
          <w:sz w:val="18"/>
        </w:rPr>
        <w:t>Uso en la planeación: Sesiones 6 y 7</w:t>
      </w:r>
    </w:p>
    <w:p w14:paraId="494C169A" w14:textId="77777777" w:rsidR="005B13E6" w:rsidRDefault="00DD6998">
      <w:pPr>
        <w:pStyle w:val="Instrucciones"/>
      </w:pPr>
      <w:r>
        <w:rPr>
          <w:b/>
        </w:rPr>
        <w:t xml:space="preserve">Instrucciones: </w:t>
      </w:r>
      <w:r>
        <w:t>Complete el formato con información de su proyecto. Puede responder por escrito, mediante notas de voz transcritas o en una tabla digital. Conserve las referencias y el registro de uso de IA cuando corresponda.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5B13E6" w14:paraId="09C7FEF9" w14:textId="77777777">
        <w:trPr>
          <w:jc w:val="center"/>
        </w:trPr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0BE019" w14:textId="77777777" w:rsidR="005B13E6" w:rsidRDefault="00DD6998">
            <w:r>
              <w:rPr>
                <w:b/>
              </w:rPr>
              <w:t>Nombre: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A0E3DD" w14:textId="77777777" w:rsidR="005B13E6" w:rsidRDefault="00DD6998">
            <w:r>
              <w:rPr>
                <w:b/>
              </w:rPr>
              <w:t>Grupo: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528BBF" w14:textId="77777777" w:rsidR="005B13E6" w:rsidRDefault="00DD6998">
            <w:r>
              <w:rPr>
                <w:b/>
              </w:rPr>
              <w:t>Fecha:</w:t>
            </w:r>
            <w:r>
              <w:rPr>
                <w:b/>
              </w:rPr>
              <w:br/>
            </w:r>
          </w:p>
        </w:tc>
      </w:tr>
    </w:tbl>
    <w:p w14:paraId="588D4F1A" w14:textId="77777777" w:rsidR="005B13E6" w:rsidRDefault="005B13E6">
      <w:pPr>
        <w:spacing w:after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5B13E6" w14:paraId="7A410341" w14:textId="77777777">
        <w:trPr>
          <w:tblHeader/>
          <w:jc w:val="center"/>
        </w:trPr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207E93" w14:textId="77777777" w:rsidR="005B13E6" w:rsidRDefault="00DD6998">
            <w:r>
              <w:rPr>
                <w:b/>
                <w:color w:val="FFFFFF"/>
              </w:rPr>
              <w:t>Elemento</w:t>
            </w:r>
          </w:p>
        </w:tc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A496FC" w14:textId="77777777" w:rsidR="005B13E6" w:rsidRDefault="00DD6998">
            <w:r>
              <w:rPr>
                <w:b/>
                <w:color w:val="FFFFFF"/>
              </w:rPr>
              <w:t>Registro del estudiante</w:t>
            </w:r>
          </w:p>
        </w:tc>
      </w:tr>
      <w:tr w:rsidR="005B13E6" w14:paraId="27743B3F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26E048" w14:textId="77777777" w:rsidR="005B13E6" w:rsidRDefault="00DD6998">
            <w:r>
              <w:rPr>
                <w:b/>
                <w:sz w:val="18"/>
              </w:rPr>
              <w:t>Problema delimitado: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76F3D0" w14:textId="77777777" w:rsidR="005B13E6" w:rsidRDefault="005B13E6"/>
        </w:tc>
      </w:tr>
      <w:tr w:rsidR="005B13E6" w14:paraId="50C4732D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119AB5" w14:textId="77777777" w:rsidR="005B13E6" w:rsidRDefault="00DD6998">
            <w:r>
              <w:rPr>
                <w:b/>
                <w:sz w:val="18"/>
              </w:rPr>
              <w:t>Pregunta de investigación: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68DBC9" w14:textId="77777777" w:rsidR="005B13E6" w:rsidRDefault="005B13E6"/>
        </w:tc>
      </w:tr>
      <w:tr w:rsidR="005B13E6" w14:paraId="30354AEF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83784A" w14:textId="77777777" w:rsidR="005B13E6" w:rsidRDefault="00DD6998">
            <w:r>
              <w:rPr>
                <w:b/>
                <w:sz w:val="18"/>
              </w:rPr>
              <w:t>Objetivo general: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AA7ACA" w14:textId="77777777" w:rsidR="005B13E6" w:rsidRDefault="005B13E6"/>
        </w:tc>
      </w:tr>
      <w:tr w:rsidR="005B13E6" w14:paraId="7053E219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888B78" w14:textId="77777777" w:rsidR="005B13E6" w:rsidRDefault="00DD6998">
            <w:r>
              <w:rPr>
                <w:b/>
                <w:sz w:val="18"/>
              </w:rPr>
              <w:t>Objetivos específicos: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5B2980" w14:textId="77777777" w:rsidR="005B13E6" w:rsidRDefault="005B13E6"/>
        </w:tc>
      </w:tr>
      <w:tr w:rsidR="005B13E6" w14:paraId="5D3AD7E2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15C7AD" w14:textId="77777777" w:rsidR="005B13E6" w:rsidRDefault="00DD6998">
            <w:r>
              <w:rPr>
                <w:b/>
                <w:sz w:val="18"/>
              </w:rPr>
              <w:t>Criterios de coherencia que se verificaron: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9A1596" w14:textId="77777777" w:rsidR="005B13E6" w:rsidRDefault="005B13E6"/>
        </w:tc>
      </w:tr>
    </w:tbl>
    <w:p w14:paraId="3578E260" w14:textId="77777777" w:rsidR="005B13E6" w:rsidRDefault="00DD6998">
      <w:pPr>
        <w:spacing w:before="100"/>
      </w:pPr>
      <w:r>
        <w:rPr>
          <w:b/>
          <w:color w:val="8B1E3F"/>
          <w:sz w:val="16"/>
        </w:rPr>
        <w:t xml:space="preserve">Recordatorio de ética y trazabilidad: </w:t>
      </w:r>
      <w:r>
        <w:rPr>
          <w:sz w:val="16"/>
        </w:rPr>
        <w:t>la IA puede apoyar la organización, revisión y generación de alternativas, pero no sustituye la lectura, el análisis, la toma de decisiones ni la autoría académica.</w:t>
      </w:r>
    </w:p>
    <w:p w14:paraId="79915E94" w14:textId="77777777" w:rsidR="005B13E6" w:rsidRDefault="00DD6998">
      <w:r>
        <w:br w:type="page"/>
      </w:r>
    </w:p>
    <w:p w14:paraId="58E64E92" w14:textId="77777777" w:rsidR="005B13E6" w:rsidRDefault="00DD6998">
      <w:pPr>
        <w:spacing w:after="60"/>
      </w:pPr>
      <w:r>
        <w:rPr>
          <w:b/>
          <w:color w:val="8B1E3F"/>
          <w:sz w:val="34"/>
        </w:rPr>
        <w:lastRenderedPageBreak/>
        <w:t>R05  Plantilla de justificación</w:t>
      </w:r>
    </w:p>
    <w:p w14:paraId="16612C28" w14:textId="77777777" w:rsidR="005B13E6" w:rsidRDefault="00DD6998">
      <w:pPr>
        <w:spacing w:after="80"/>
      </w:pPr>
      <w:r>
        <w:rPr>
          <w:b/>
          <w:color w:val="075985"/>
          <w:sz w:val="18"/>
        </w:rPr>
        <w:t>Uso en la planeación: Sesión 8</w:t>
      </w:r>
    </w:p>
    <w:p w14:paraId="28E7AA56" w14:textId="77777777" w:rsidR="005B13E6" w:rsidRDefault="00DD6998">
      <w:pPr>
        <w:pStyle w:val="Instrucciones"/>
      </w:pPr>
      <w:r>
        <w:rPr>
          <w:b/>
        </w:rPr>
        <w:t xml:space="preserve">Instrucciones: </w:t>
      </w:r>
      <w:r>
        <w:t>Complete el formato con información de su proyecto. Puede responder por escrito, mediante notas de voz transcritas o en una tabla digital. Conserve las referencias y el registro de uso de IA cuando corresponda.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5B13E6" w14:paraId="68F2F33F" w14:textId="77777777">
        <w:trPr>
          <w:jc w:val="center"/>
        </w:trPr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7E7ABC" w14:textId="77777777" w:rsidR="005B13E6" w:rsidRDefault="00DD6998">
            <w:r>
              <w:rPr>
                <w:b/>
              </w:rPr>
              <w:t>Nombre: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3761CD" w14:textId="77777777" w:rsidR="005B13E6" w:rsidRDefault="00DD6998">
            <w:r>
              <w:rPr>
                <w:b/>
              </w:rPr>
              <w:t>Grupo: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AFD7B5" w14:textId="77777777" w:rsidR="005B13E6" w:rsidRDefault="00DD6998">
            <w:r>
              <w:rPr>
                <w:b/>
              </w:rPr>
              <w:t>Fecha:</w:t>
            </w:r>
            <w:r>
              <w:rPr>
                <w:b/>
              </w:rPr>
              <w:br/>
            </w:r>
          </w:p>
        </w:tc>
      </w:tr>
    </w:tbl>
    <w:p w14:paraId="4B6AB671" w14:textId="77777777" w:rsidR="005B13E6" w:rsidRDefault="005B13E6">
      <w:pPr>
        <w:spacing w:after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5B13E6" w14:paraId="357AE797" w14:textId="77777777">
        <w:trPr>
          <w:tblHeader/>
          <w:jc w:val="center"/>
        </w:trPr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E5DEDF" w14:textId="77777777" w:rsidR="005B13E6" w:rsidRDefault="00DD6998">
            <w:r>
              <w:rPr>
                <w:b/>
                <w:color w:val="FFFFFF"/>
              </w:rPr>
              <w:t>Elemento</w:t>
            </w:r>
          </w:p>
        </w:tc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8A3F857" w14:textId="77777777" w:rsidR="005B13E6" w:rsidRDefault="00DD6998">
            <w:r>
              <w:rPr>
                <w:b/>
                <w:color w:val="FFFFFF"/>
              </w:rPr>
              <w:t>Registro del estudiante</w:t>
            </w:r>
          </w:p>
        </w:tc>
      </w:tr>
      <w:tr w:rsidR="005B13E6" w14:paraId="22FC2F18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13585B" w14:textId="77777777" w:rsidR="005B13E6" w:rsidRDefault="00DD6998">
            <w:r>
              <w:rPr>
                <w:b/>
                <w:sz w:val="18"/>
              </w:rPr>
              <w:t>Relevancia educativa y social: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31865B" w14:textId="77777777" w:rsidR="005B13E6" w:rsidRDefault="005B13E6"/>
        </w:tc>
      </w:tr>
      <w:tr w:rsidR="005B13E6" w14:paraId="62E14D72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A783FC" w14:textId="77777777" w:rsidR="005B13E6" w:rsidRDefault="00DD6998">
            <w:r>
              <w:rPr>
                <w:b/>
                <w:sz w:val="18"/>
              </w:rPr>
              <w:t>Aporte académico: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7F3357" w14:textId="77777777" w:rsidR="005B13E6" w:rsidRDefault="005B13E6"/>
        </w:tc>
      </w:tr>
      <w:tr w:rsidR="005B13E6" w14:paraId="77562181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64FB22" w14:textId="77777777" w:rsidR="005B13E6" w:rsidRDefault="00DD6998">
            <w:r>
              <w:rPr>
                <w:b/>
                <w:sz w:val="18"/>
              </w:rPr>
              <w:t>Beneficiarios potenciales: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0336B2" w14:textId="77777777" w:rsidR="005B13E6" w:rsidRDefault="005B13E6"/>
        </w:tc>
      </w:tr>
      <w:tr w:rsidR="005B13E6" w14:paraId="15CCF1C1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503FB5" w14:textId="77777777" w:rsidR="005B13E6" w:rsidRDefault="00DD6998">
            <w:r>
              <w:rPr>
                <w:b/>
                <w:sz w:val="18"/>
              </w:rPr>
              <w:t>Viabilidad: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A8E7AF" w14:textId="77777777" w:rsidR="005B13E6" w:rsidRDefault="005B13E6"/>
        </w:tc>
      </w:tr>
      <w:tr w:rsidR="005B13E6" w14:paraId="65EE1167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633008" w14:textId="77777777" w:rsidR="005B13E6" w:rsidRDefault="00DD6998">
            <w:r>
              <w:rPr>
                <w:b/>
                <w:sz w:val="18"/>
              </w:rPr>
              <w:t>Relación con necesidades del contexto: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36A894" w14:textId="77777777" w:rsidR="005B13E6" w:rsidRDefault="005B13E6"/>
        </w:tc>
      </w:tr>
      <w:tr w:rsidR="005B13E6" w14:paraId="3FED2692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1E7BE0" w14:textId="77777777" w:rsidR="005B13E6" w:rsidRDefault="00DD6998">
            <w:r>
              <w:rPr>
                <w:b/>
                <w:sz w:val="18"/>
              </w:rPr>
              <w:t>Aporte metodológico o tecnológico: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8329F3" w14:textId="77777777" w:rsidR="005B13E6" w:rsidRDefault="005B13E6"/>
        </w:tc>
      </w:tr>
    </w:tbl>
    <w:p w14:paraId="07ED79F9" w14:textId="77777777" w:rsidR="005B13E6" w:rsidRDefault="00DD6998">
      <w:pPr>
        <w:spacing w:before="100"/>
      </w:pPr>
      <w:r>
        <w:rPr>
          <w:b/>
          <w:color w:val="8B1E3F"/>
          <w:sz w:val="16"/>
        </w:rPr>
        <w:t xml:space="preserve">Recordatorio de ética y trazabilidad: </w:t>
      </w:r>
      <w:r>
        <w:rPr>
          <w:sz w:val="16"/>
        </w:rPr>
        <w:t>la IA puede apoyar la organización, revisión y generación de alternativas, pero no sustituye la lectura, el análisis, la toma de decisiones ni la autoría académica.</w:t>
      </w:r>
    </w:p>
    <w:p w14:paraId="3C6CEB26" w14:textId="77777777" w:rsidR="005B13E6" w:rsidRDefault="00DD6998">
      <w:r>
        <w:br w:type="page"/>
      </w:r>
    </w:p>
    <w:p w14:paraId="3985D24B" w14:textId="77777777" w:rsidR="005B13E6" w:rsidRDefault="00DD6998">
      <w:pPr>
        <w:spacing w:after="60"/>
      </w:pPr>
      <w:r>
        <w:rPr>
          <w:b/>
          <w:color w:val="8B1E3F"/>
          <w:sz w:val="34"/>
        </w:rPr>
        <w:lastRenderedPageBreak/>
        <w:t>R06  Plantilla de diseño y revisión de prompts</w:t>
      </w:r>
    </w:p>
    <w:p w14:paraId="5DE157A5" w14:textId="77777777" w:rsidR="005B13E6" w:rsidRDefault="00DD6998">
      <w:pPr>
        <w:spacing w:after="80"/>
      </w:pPr>
      <w:r>
        <w:rPr>
          <w:b/>
          <w:color w:val="075985"/>
          <w:sz w:val="18"/>
        </w:rPr>
        <w:t>Uso en la planeación: Sesión 9</w:t>
      </w:r>
    </w:p>
    <w:p w14:paraId="28EC2AF6" w14:textId="77777777" w:rsidR="005B13E6" w:rsidRDefault="00DD6998">
      <w:pPr>
        <w:pStyle w:val="Instrucciones"/>
      </w:pPr>
      <w:r>
        <w:rPr>
          <w:b/>
        </w:rPr>
        <w:t xml:space="preserve">Instrucciones: </w:t>
      </w:r>
      <w:r>
        <w:t>Complete el formato con información de su proyecto. Puede responder por escrito, mediante notas de voz transcritas o en una tabla digital. Conserve las referencias y el registro de uso de IA cuando corresponda.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5B13E6" w14:paraId="3AEE1029" w14:textId="77777777">
        <w:trPr>
          <w:jc w:val="center"/>
        </w:trPr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38E6ED" w14:textId="77777777" w:rsidR="005B13E6" w:rsidRDefault="00DD6998">
            <w:r>
              <w:rPr>
                <w:b/>
              </w:rPr>
              <w:t>Nombre: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FFD77C" w14:textId="77777777" w:rsidR="005B13E6" w:rsidRDefault="00DD6998">
            <w:r>
              <w:rPr>
                <w:b/>
              </w:rPr>
              <w:t>Grupo: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FA6B2A" w14:textId="77777777" w:rsidR="005B13E6" w:rsidRDefault="00DD6998">
            <w:r>
              <w:rPr>
                <w:b/>
              </w:rPr>
              <w:t>Fecha:</w:t>
            </w:r>
            <w:r>
              <w:rPr>
                <w:b/>
              </w:rPr>
              <w:br/>
            </w:r>
          </w:p>
        </w:tc>
      </w:tr>
    </w:tbl>
    <w:p w14:paraId="59EECFEE" w14:textId="77777777" w:rsidR="005B13E6" w:rsidRDefault="005B13E6">
      <w:pPr>
        <w:spacing w:after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5B13E6" w14:paraId="13132885" w14:textId="77777777">
        <w:trPr>
          <w:tblHeader/>
          <w:jc w:val="center"/>
        </w:trPr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ABD1E6" w14:textId="77777777" w:rsidR="005B13E6" w:rsidRDefault="00DD6998">
            <w:r>
              <w:rPr>
                <w:b/>
                <w:color w:val="FFFFFF"/>
              </w:rPr>
              <w:t>Elemento</w:t>
            </w:r>
          </w:p>
        </w:tc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FA048BD" w14:textId="77777777" w:rsidR="005B13E6" w:rsidRDefault="00DD6998">
            <w:r>
              <w:rPr>
                <w:b/>
                <w:color w:val="FFFFFF"/>
              </w:rPr>
              <w:t>Registro del estudiante</w:t>
            </w:r>
          </w:p>
        </w:tc>
      </w:tr>
      <w:tr w:rsidR="005B13E6" w14:paraId="6515FB13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063016" w14:textId="77777777" w:rsidR="005B13E6" w:rsidRDefault="00DD6998">
            <w:r>
              <w:rPr>
                <w:b/>
                <w:sz w:val="18"/>
              </w:rPr>
              <w:t>Necesidad o tarea académica: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6F978E" w14:textId="77777777" w:rsidR="005B13E6" w:rsidRDefault="005B13E6"/>
        </w:tc>
      </w:tr>
      <w:tr w:rsidR="005B13E6" w14:paraId="6B49AE14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4DF59A" w14:textId="77777777" w:rsidR="005B13E6" w:rsidRDefault="00DD6998">
            <w:r>
              <w:rPr>
                <w:b/>
                <w:sz w:val="18"/>
              </w:rPr>
              <w:t>Contexto del proyecto: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D3C56D" w14:textId="77777777" w:rsidR="005B13E6" w:rsidRDefault="005B13E6"/>
        </w:tc>
      </w:tr>
      <w:tr w:rsidR="005B13E6" w14:paraId="413F9BFB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A81A0C" w14:textId="77777777" w:rsidR="005B13E6" w:rsidRDefault="00DD6998">
            <w:r>
              <w:rPr>
                <w:b/>
                <w:sz w:val="18"/>
              </w:rPr>
              <w:t>Instrucción o prompt: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FBFDAD" w14:textId="77777777" w:rsidR="005B13E6" w:rsidRDefault="005B13E6"/>
        </w:tc>
      </w:tr>
      <w:tr w:rsidR="005B13E6" w14:paraId="0856C4B7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4FC69F" w14:textId="77777777" w:rsidR="005B13E6" w:rsidRDefault="00DD6998">
            <w:r>
              <w:rPr>
                <w:b/>
                <w:sz w:val="18"/>
              </w:rPr>
              <w:t>Formato de respuesta solicitado: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83A4D1" w14:textId="77777777" w:rsidR="005B13E6" w:rsidRDefault="005B13E6"/>
        </w:tc>
      </w:tr>
      <w:tr w:rsidR="005B13E6" w14:paraId="5DE8C7CF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C54B58" w14:textId="77777777" w:rsidR="005B13E6" w:rsidRDefault="00DD6998">
            <w:r>
              <w:rPr>
                <w:b/>
                <w:sz w:val="18"/>
              </w:rPr>
              <w:t>Límites éticos y de privacidad: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E81E8C" w14:textId="77777777" w:rsidR="005B13E6" w:rsidRDefault="005B13E6"/>
        </w:tc>
      </w:tr>
      <w:tr w:rsidR="005B13E6" w14:paraId="04488C96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464011" w14:textId="77777777" w:rsidR="005B13E6" w:rsidRDefault="00DD6998">
            <w:r>
              <w:rPr>
                <w:b/>
                <w:sz w:val="18"/>
              </w:rPr>
              <w:t>Criterios para verificar la respuesta: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14AD49" w14:textId="77777777" w:rsidR="005B13E6" w:rsidRDefault="005B13E6"/>
        </w:tc>
      </w:tr>
      <w:tr w:rsidR="005B13E6" w14:paraId="356D0ED5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45F968" w14:textId="77777777" w:rsidR="005B13E6" w:rsidRDefault="00DD6998">
            <w:r>
              <w:rPr>
                <w:b/>
                <w:sz w:val="18"/>
              </w:rPr>
              <w:t>Ajustes realizados: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7DFD5A" w14:textId="77777777" w:rsidR="005B13E6" w:rsidRDefault="005B13E6"/>
        </w:tc>
      </w:tr>
    </w:tbl>
    <w:p w14:paraId="33DED081" w14:textId="77777777" w:rsidR="005B13E6" w:rsidRDefault="00DD6998">
      <w:pPr>
        <w:spacing w:before="100"/>
      </w:pPr>
      <w:r>
        <w:rPr>
          <w:b/>
          <w:color w:val="8B1E3F"/>
          <w:sz w:val="16"/>
        </w:rPr>
        <w:t xml:space="preserve">Recordatorio de ética y trazabilidad: </w:t>
      </w:r>
      <w:r>
        <w:rPr>
          <w:sz w:val="16"/>
        </w:rPr>
        <w:t>la IA puede apoyar la organización, revisión y generación de alternativas, pero no sustituye la lectura, el análisis, la toma de decisiones ni la autoría académica.</w:t>
      </w:r>
    </w:p>
    <w:p w14:paraId="05F1B783" w14:textId="77777777" w:rsidR="005B13E6" w:rsidRDefault="00DD6998">
      <w:r>
        <w:br w:type="page"/>
      </w:r>
    </w:p>
    <w:p w14:paraId="2519DD7B" w14:textId="77777777" w:rsidR="005B13E6" w:rsidRDefault="00DD6998">
      <w:pPr>
        <w:spacing w:after="60"/>
      </w:pPr>
      <w:r>
        <w:rPr>
          <w:b/>
          <w:color w:val="8B1E3F"/>
          <w:sz w:val="34"/>
        </w:rPr>
        <w:lastRenderedPageBreak/>
        <w:t>R07  Matriz de búsqueda y selección de fuentes</w:t>
      </w:r>
    </w:p>
    <w:p w14:paraId="6C5276B2" w14:textId="77777777" w:rsidR="005B13E6" w:rsidRDefault="00DD6998">
      <w:pPr>
        <w:spacing w:after="80"/>
      </w:pPr>
      <w:r>
        <w:rPr>
          <w:b/>
          <w:color w:val="075985"/>
          <w:sz w:val="18"/>
        </w:rPr>
        <w:t>Uso en la planeación: Sesiones 10 y 11</w:t>
      </w:r>
    </w:p>
    <w:p w14:paraId="32A081A7" w14:textId="77777777" w:rsidR="005B13E6" w:rsidRDefault="00DD6998">
      <w:pPr>
        <w:pStyle w:val="Instrucciones"/>
      </w:pPr>
      <w:r>
        <w:rPr>
          <w:b/>
        </w:rPr>
        <w:t xml:space="preserve">Instrucciones: </w:t>
      </w:r>
      <w:r>
        <w:t>Complete el formato con información de su proyecto. Puede responder por escrito, mediante notas de voz transcritas o en una tabla digital. Conserve las referencias y el registro de uso de IA cuando corresponda.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5B13E6" w14:paraId="78BD858D" w14:textId="77777777">
        <w:trPr>
          <w:jc w:val="center"/>
        </w:trPr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9AA83A" w14:textId="77777777" w:rsidR="005B13E6" w:rsidRDefault="00DD6998">
            <w:r>
              <w:rPr>
                <w:b/>
              </w:rPr>
              <w:t>Nombre: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349AA1" w14:textId="77777777" w:rsidR="005B13E6" w:rsidRDefault="00DD6998">
            <w:r>
              <w:rPr>
                <w:b/>
              </w:rPr>
              <w:t>Grupo: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1CD900" w14:textId="77777777" w:rsidR="005B13E6" w:rsidRDefault="00DD6998">
            <w:r>
              <w:rPr>
                <w:b/>
              </w:rPr>
              <w:t>Fecha:</w:t>
            </w:r>
            <w:r>
              <w:rPr>
                <w:b/>
              </w:rPr>
              <w:br/>
            </w:r>
          </w:p>
        </w:tc>
      </w:tr>
    </w:tbl>
    <w:p w14:paraId="19B9670A" w14:textId="77777777" w:rsidR="005B13E6" w:rsidRDefault="005B13E6">
      <w:pPr>
        <w:spacing w:after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5B13E6" w14:paraId="1CFF6AF4" w14:textId="77777777">
        <w:trPr>
          <w:tblHeader/>
          <w:jc w:val="center"/>
        </w:trPr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8B2A500" w14:textId="77777777" w:rsidR="005B13E6" w:rsidRDefault="00DD6998">
            <w:r>
              <w:rPr>
                <w:b/>
                <w:color w:val="FFFFFF"/>
              </w:rPr>
              <w:t>Elemento</w:t>
            </w:r>
          </w:p>
        </w:tc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870DDF1" w14:textId="77777777" w:rsidR="005B13E6" w:rsidRDefault="00DD6998">
            <w:r>
              <w:rPr>
                <w:b/>
                <w:color w:val="FFFFFF"/>
              </w:rPr>
              <w:t>Registro del estudiante</w:t>
            </w:r>
          </w:p>
        </w:tc>
      </w:tr>
      <w:tr w:rsidR="005B13E6" w14:paraId="537BFA9D" w14:textId="77777777">
        <w:trPr>
          <w:trHeight w:val="720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B6C49F" w14:textId="77777777" w:rsidR="005B13E6" w:rsidRDefault="00DD6998">
            <w:r>
              <w:rPr>
                <w:b/>
                <w:sz w:val="18"/>
              </w:rPr>
              <w:t>Autor/a y año: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A1C128" w14:textId="77777777" w:rsidR="005B13E6" w:rsidRDefault="005B13E6"/>
        </w:tc>
      </w:tr>
      <w:tr w:rsidR="005B13E6" w14:paraId="67762CA6" w14:textId="77777777">
        <w:trPr>
          <w:trHeight w:val="720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4A4621" w14:textId="77777777" w:rsidR="005B13E6" w:rsidRDefault="00DD6998">
            <w:r>
              <w:rPr>
                <w:b/>
                <w:sz w:val="18"/>
              </w:rPr>
              <w:t>Título: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714BCF" w14:textId="77777777" w:rsidR="005B13E6" w:rsidRDefault="005B13E6"/>
        </w:tc>
      </w:tr>
      <w:tr w:rsidR="005B13E6" w14:paraId="3CDF8D1E" w14:textId="77777777">
        <w:trPr>
          <w:trHeight w:val="720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9BBE3D" w14:textId="77777777" w:rsidR="005B13E6" w:rsidRDefault="00DD6998">
            <w:r>
              <w:rPr>
                <w:b/>
                <w:sz w:val="18"/>
              </w:rPr>
              <w:t>Base o repositorio: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DDED25" w14:textId="77777777" w:rsidR="005B13E6" w:rsidRDefault="005B13E6"/>
        </w:tc>
      </w:tr>
      <w:tr w:rsidR="005B13E6" w14:paraId="2390FB28" w14:textId="77777777">
        <w:trPr>
          <w:trHeight w:val="720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358838" w14:textId="77777777" w:rsidR="005B13E6" w:rsidRDefault="00DD6998">
            <w:r>
              <w:rPr>
                <w:b/>
                <w:sz w:val="18"/>
              </w:rPr>
              <w:t>Palabras clave: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B7C1C3" w14:textId="77777777" w:rsidR="005B13E6" w:rsidRDefault="005B13E6"/>
        </w:tc>
      </w:tr>
      <w:tr w:rsidR="005B13E6" w14:paraId="61B57BDC" w14:textId="77777777">
        <w:trPr>
          <w:trHeight w:val="720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FFF28B" w14:textId="77777777" w:rsidR="005B13E6" w:rsidRDefault="00DD6998">
            <w:r>
              <w:rPr>
                <w:b/>
                <w:sz w:val="18"/>
              </w:rPr>
              <w:t>Tipo de fuente: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087D22" w14:textId="77777777" w:rsidR="005B13E6" w:rsidRDefault="005B13E6"/>
        </w:tc>
      </w:tr>
      <w:tr w:rsidR="005B13E6" w14:paraId="6F984DDA" w14:textId="77777777">
        <w:trPr>
          <w:trHeight w:val="720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5D802A" w14:textId="77777777" w:rsidR="005B13E6" w:rsidRDefault="00DD6998">
            <w:r>
              <w:rPr>
                <w:b/>
                <w:sz w:val="18"/>
              </w:rPr>
              <w:t>DOI o enlace: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0A8B8C" w14:textId="77777777" w:rsidR="005B13E6" w:rsidRDefault="005B13E6"/>
        </w:tc>
      </w:tr>
      <w:tr w:rsidR="005B13E6" w14:paraId="64D34647" w14:textId="77777777">
        <w:trPr>
          <w:trHeight w:val="720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EF95C9" w14:textId="77777777" w:rsidR="005B13E6" w:rsidRDefault="00DD6998">
            <w:r>
              <w:rPr>
                <w:b/>
                <w:sz w:val="18"/>
              </w:rPr>
              <w:t>Criterios de confiabilidad: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5227F2" w14:textId="77777777" w:rsidR="005B13E6" w:rsidRDefault="005B13E6"/>
        </w:tc>
      </w:tr>
      <w:tr w:rsidR="005B13E6" w14:paraId="756118AD" w14:textId="77777777">
        <w:trPr>
          <w:trHeight w:val="720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3C0A0E" w14:textId="77777777" w:rsidR="005B13E6" w:rsidRDefault="00DD6998">
            <w:r>
              <w:rPr>
                <w:b/>
                <w:sz w:val="18"/>
              </w:rPr>
              <w:t>Aporte al proyecto: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5A8304" w14:textId="77777777" w:rsidR="005B13E6" w:rsidRDefault="005B13E6"/>
        </w:tc>
      </w:tr>
    </w:tbl>
    <w:p w14:paraId="28FC9817" w14:textId="77777777" w:rsidR="005B13E6" w:rsidRDefault="00DD6998">
      <w:pPr>
        <w:spacing w:before="100"/>
      </w:pPr>
      <w:r>
        <w:rPr>
          <w:b/>
          <w:color w:val="8B1E3F"/>
          <w:sz w:val="16"/>
        </w:rPr>
        <w:t xml:space="preserve">Recordatorio de ética y trazabilidad: </w:t>
      </w:r>
      <w:r>
        <w:rPr>
          <w:sz w:val="16"/>
        </w:rPr>
        <w:t>la IA puede apoyar la organización, revisión y generación de alternativas, pero no sustituye la lectura, el análisis, la toma de decisiones ni la autoría académica.</w:t>
      </w:r>
    </w:p>
    <w:p w14:paraId="7D636BEA" w14:textId="77777777" w:rsidR="005B13E6" w:rsidRDefault="00DD6998">
      <w:r>
        <w:br w:type="page"/>
      </w:r>
    </w:p>
    <w:p w14:paraId="6A2FEDBC" w14:textId="77777777" w:rsidR="005B13E6" w:rsidRDefault="00DD6998">
      <w:pPr>
        <w:spacing w:after="60"/>
      </w:pPr>
      <w:r>
        <w:rPr>
          <w:b/>
          <w:color w:val="8B1E3F"/>
          <w:sz w:val="34"/>
        </w:rPr>
        <w:lastRenderedPageBreak/>
        <w:t>R08  Matriz de contraste entre IA y fuentes académicas</w:t>
      </w:r>
    </w:p>
    <w:p w14:paraId="4BC03DB5" w14:textId="77777777" w:rsidR="005B13E6" w:rsidRDefault="00DD6998">
      <w:pPr>
        <w:spacing w:after="80"/>
      </w:pPr>
      <w:r>
        <w:rPr>
          <w:b/>
          <w:color w:val="075985"/>
          <w:sz w:val="18"/>
        </w:rPr>
        <w:t>Uso en la planeación: Sesión 12</w:t>
      </w:r>
    </w:p>
    <w:p w14:paraId="290C1EA0" w14:textId="77777777" w:rsidR="005B13E6" w:rsidRDefault="00DD6998">
      <w:pPr>
        <w:pStyle w:val="Instrucciones"/>
      </w:pPr>
      <w:r>
        <w:rPr>
          <w:b/>
        </w:rPr>
        <w:t xml:space="preserve">Instrucciones: </w:t>
      </w:r>
      <w:r>
        <w:t>Complete el formato con información de su proyecto. Puede responder por escrito, mediante notas de voz transcritas o en una tabla digital. Conserve las referencias y el registro de uso de IA cuando corresponda.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5B13E6" w14:paraId="04DB1E50" w14:textId="77777777">
        <w:trPr>
          <w:jc w:val="center"/>
        </w:trPr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FF99BF" w14:textId="77777777" w:rsidR="005B13E6" w:rsidRDefault="00DD6998">
            <w:r>
              <w:rPr>
                <w:b/>
              </w:rPr>
              <w:t>Nombre: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BA0202" w14:textId="77777777" w:rsidR="005B13E6" w:rsidRDefault="00DD6998">
            <w:r>
              <w:rPr>
                <w:b/>
              </w:rPr>
              <w:t>Grupo: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EC0DD3" w14:textId="77777777" w:rsidR="005B13E6" w:rsidRDefault="00DD6998">
            <w:r>
              <w:rPr>
                <w:b/>
              </w:rPr>
              <w:t>Fecha:</w:t>
            </w:r>
            <w:r>
              <w:rPr>
                <w:b/>
              </w:rPr>
              <w:br/>
            </w:r>
          </w:p>
        </w:tc>
      </w:tr>
    </w:tbl>
    <w:p w14:paraId="6526A18D" w14:textId="77777777" w:rsidR="005B13E6" w:rsidRDefault="005B13E6">
      <w:pPr>
        <w:spacing w:after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5B13E6" w14:paraId="661A0A1A" w14:textId="77777777">
        <w:trPr>
          <w:tblHeader/>
          <w:jc w:val="center"/>
        </w:trPr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6108ACC" w14:textId="77777777" w:rsidR="005B13E6" w:rsidRDefault="00DD6998">
            <w:r>
              <w:rPr>
                <w:b/>
                <w:color w:val="FFFFFF"/>
              </w:rPr>
              <w:t>Elemento</w:t>
            </w:r>
          </w:p>
        </w:tc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3A96F28" w14:textId="77777777" w:rsidR="005B13E6" w:rsidRDefault="00DD6998">
            <w:r>
              <w:rPr>
                <w:b/>
                <w:color w:val="FFFFFF"/>
              </w:rPr>
              <w:t>Registro del estudiante</w:t>
            </w:r>
          </w:p>
        </w:tc>
      </w:tr>
      <w:tr w:rsidR="005B13E6" w14:paraId="4184326D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02669C" w14:textId="77777777" w:rsidR="005B13E6" w:rsidRDefault="00DD6998">
            <w:r>
              <w:rPr>
                <w:b/>
                <w:sz w:val="18"/>
              </w:rPr>
              <w:t>Afirmación generada por IA: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271602" w14:textId="77777777" w:rsidR="005B13E6" w:rsidRDefault="005B13E6"/>
        </w:tc>
      </w:tr>
      <w:tr w:rsidR="005B13E6" w14:paraId="2BFC2FF2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8F686D" w14:textId="77777777" w:rsidR="005B13E6" w:rsidRDefault="00DD6998">
            <w:r>
              <w:rPr>
                <w:b/>
                <w:sz w:val="18"/>
              </w:rPr>
              <w:t>Fuente(s) consultada(s):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A5D57F" w14:textId="77777777" w:rsidR="005B13E6" w:rsidRDefault="005B13E6"/>
        </w:tc>
      </w:tr>
      <w:tr w:rsidR="005B13E6" w14:paraId="6CC446FA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C82358" w14:textId="77777777" w:rsidR="005B13E6" w:rsidRDefault="00DD6998">
            <w:r>
              <w:rPr>
                <w:b/>
                <w:sz w:val="18"/>
              </w:rPr>
              <w:t>Coincidencias: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00A4F0" w14:textId="77777777" w:rsidR="005B13E6" w:rsidRDefault="005B13E6"/>
        </w:tc>
      </w:tr>
      <w:tr w:rsidR="005B13E6" w14:paraId="532EEB4C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E3E313" w14:textId="77777777" w:rsidR="005B13E6" w:rsidRDefault="00DD6998">
            <w:r>
              <w:rPr>
                <w:b/>
                <w:sz w:val="18"/>
              </w:rPr>
              <w:t>Errores u omisiones: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8B2C4B" w14:textId="77777777" w:rsidR="005B13E6" w:rsidRDefault="005B13E6"/>
        </w:tc>
      </w:tr>
      <w:tr w:rsidR="005B13E6" w14:paraId="2A913B93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05A956" w14:textId="77777777" w:rsidR="005B13E6" w:rsidRDefault="00DD6998">
            <w:r>
              <w:rPr>
                <w:b/>
                <w:sz w:val="18"/>
              </w:rPr>
              <w:t>Sesgos o límites detectados: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3E2EAB" w14:textId="77777777" w:rsidR="005B13E6" w:rsidRDefault="005B13E6"/>
        </w:tc>
      </w:tr>
      <w:tr w:rsidR="005B13E6" w14:paraId="2771EAD6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A74DFF" w14:textId="77777777" w:rsidR="005B13E6" w:rsidRDefault="00DD6998">
            <w:r>
              <w:rPr>
                <w:b/>
                <w:sz w:val="18"/>
              </w:rPr>
              <w:t>Decisión de uso: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67F013" w14:textId="77777777" w:rsidR="005B13E6" w:rsidRDefault="005B13E6"/>
        </w:tc>
      </w:tr>
      <w:tr w:rsidR="005B13E6" w14:paraId="4356EF36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4AD6BA" w14:textId="77777777" w:rsidR="005B13E6" w:rsidRDefault="00DD6998">
            <w:r>
              <w:rPr>
                <w:b/>
                <w:sz w:val="18"/>
              </w:rPr>
              <w:t>Referencia verificada: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1C863F" w14:textId="77777777" w:rsidR="005B13E6" w:rsidRDefault="005B13E6"/>
        </w:tc>
      </w:tr>
    </w:tbl>
    <w:p w14:paraId="7923B9AA" w14:textId="77777777" w:rsidR="005B13E6" w:rsidRDefault="00DD6998">
      <w:pPr>
        <w:spacing w:before="100"/>
      </w:pPr>
      <w:r>
        <w:rPr>
          <w:b/>
          <w:color w:val="8B1E3F"/>
          <w:sz w:val="16"/>
        </w:rPr>
        <w:t xml:space="preserve">Recordatorio de ética y trazabilidad: </w:t>
      </w:r>
      <w:r>
        <w:rPr>
          <w:sz w:val="16"/>
        </w:rPr>
        <w:t>la IA puede apoyar la organización, revisión y generación de alternativas, pero no sustituye la lectura, el análisis, la toma de decisiones ni la autoría académica.</w:t>
      </w:r>
    </w:p>
    <w:p w14:paraId="6A96A0CC" w14:textId="77777777" w:rsidR="005B13E6" w:rsidRDefault="00DD6998">
      <w:r>
        <w:br w:type="page"/>
      </w:r>
    </w:p>
    <w:p w14:paraId="2FA39DA2" w14:textId="77777777" w:rsidR="005B13E6" w:rsidRDefault="00DD6998">
      <w:pPr>
        <w:spacing w:after="60"/>
      </w:pPr>
      <w:r>
        <w:rPr>
          <w:b/>
          <w:color w:val="8B1E3F"/>
          <w:sz w:val="34"/>
        </w:rPr>
        <w:lastRenderedPageBreak/>
        <w:t>R09  Matriz de antecedentes</w:t>
      </w:r>
    </w:p>
    <w:p w14:paraId="32E31C6E" w14:textId="77777777" w:rsidR="005B13E6" w:rsidRDefault="00DD6998">
      <w:pPr>
        <w:spacing w:after="80"/>
      </w:pPr>
      <w:r>
        <w:rPr>
          <w:b/>
          <w:color w:val="075985"/>
          <w:sz w:val="18"/>
        </w:rPr>
        <w:t>Uso en la planeación: Sesiones 11 y 14</w:t>
      </w:r>
    </w:p>
    <w:p w14:paraId="4DC673DD" w14:textId="77777777" w:rsidR="005B13E6" w:rsidRDefault="00DD6998">
      <w:pPr>
        <w:pStyle w:val="Instrucciones"/>
      </w:pPr>
      <w:r>
        <w:rPr>
          <w:b/>
        </w:rPr>
        <w:t xml:space="preserve">Instrucciones: </w:t>
      </w:r>
      <w:r>
        <w:t>Complete el formato con información de su proyecto. Puede responder por escrito, mediante notas de voz transcritas o en una tabla digital. Conserve las referencias y el registro de uso de IA cuando corresponda.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5B13E6" w14:paraId="04E1476F" w14:textId="77777777">
        <w:trPr>
          <w:jc w:val="center"/>
        </w:trPr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57BF33" w14:textId="77777777" w:rsidR="005B13E6" w:rsidRDefault="00DD6998">
            <w:r>
              <w:rPr>
                <w:b/>
              </w:rPr>
              <w:t>Nombre: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4EE02B" w14:textId="77777777" w:rsidR="005B13E6" w:rsidRDefault="00DD6998">
            <w:r>
              <w:rPr>
                <w:b/>
              </w:rPr>
              <w:t>Grupo: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FAA6E4" w14:textId="77777777" w:rsidR="005B13E6" w:rsidRDefault="00DD6998">
            <w:r>
              <w:rPr>
                <w:b/>
              </w:rPr>
              <w:t>Fecha:</w:t>
            </w:r>
            <w:r>
              <w:rPr>
                <w:b/>
              </w:rPr>
              <w:br/>
            </w:r>
          </w:p>
        </w:tc>
      </w:tr>
    </w:tbl>
    <w:p w14:paraId="517E0F31" w14:textId="77777777" w:rsidR="005B13E6" w:rsidRDefault="005B13E6">
      <w:pPr>
        <w:spacing w:after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5B13E6" w14:paraId="152D681B" w14:textId="77777777">
        <w:trPr>
          <w:tblHeader/>
          <w:jc w:val="center"/>
        </w:trPr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19A889" w14:textId="77777777" w:rsidR="005B13E6" w:rsidRDefault="00DD6998">
            <w:r>
              <w:rPr>
                <w:b/>
                <w:color w:val="FFFFFF"/>
              </w:rPr>
              <w:t>Elemento</w:t>
            </w:r>
          </w:p>
        </w:tc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F637287" w14:textId="77777777" w:rsidR="005B13E6" w:rsidRDefault="00DD6998">
            <w:r>
              <w:rPr>
                <w:b/>
                <w:color w:val="FFFFFF"/>
              </w:rPr>
              <w:t>Registro del estudiante</w:t>
            </w:r>
          </w:p>
        </w:tc>
      </w:tr>
      <w:tr w:rsidR="005B13E6" w14:paraId="0CD80860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FF9D18" w14:textId="77777777" w:rsidR="005B13E6" w:rsidRDefault="00DD6998">
            <w:r>
              <w:rPr>
                <w:b/>
                <w:sz w:val="18"/>
              </w:rPr>
              <w:t>Autor/a y año: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3A478F" w14:textId="77777777" w:rsidR="005B13E6" w:rsidRDefault="005B13E6"/>
        </w:tc>
      </w:tr>
      <w:tr w:rsidR="005B13E6" w14:paraId="0F21DD5D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C61308" w14:textId="77777777" w:rsidR="005B13E6" w:rsidRDefault="00DD6998">
            <w:r>
              <w:rPr>
                <w:b/>
                <w:sz w:val="18"/>
              </w:rPr>
              <w:t>Título del estudio: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D4F0AD" w14:textId="77777777" w:rsidR="005B13E6" w:rsidRDefault="005B13E6"/>
        </w:tc>
      </w:tr>
      <w:tr w:rsidR="005B13E6" w14:paraId="62DEA880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35FB53" w14:textId="77777777" w:rsidR="005B13E6" w:rsidRDefault="00DD6998">
            <w:r>
              <w:rPr>
                <w:b/>
                <w:sz w:val="18"/>
              </w:rPr>
              <w:t>Objetivo del estudio: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F75E05" w14:textId="77777777" w:rsidR="005B13E6" w:rsidRDefault="005B13E6"/>
        </w:tc>
      </w:tr>
      <w:tr w:rsidR="005B13E6" w14:paraId="269D6B3A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F329AB" w14:textId="77777777" w:rsidR="005B13E6" w:rsidRDefault="00DD6998">
            <w:r>
              <w:rPr>
                <w:b/>
                <w:sz w:val="18"/>
              </w:rPr>
              <w:t>Método: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923F91" w14:textId="77777777" w:rsidR="005B13E6" w:rsidRDefault="005B13E6"/>
        </w:tc>
      </w:tr>
      <w:tr w:rsidR="005B13E6" w14:paraId="31884FED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2769D7" w14:textId="77777777" w:rsidR="005B13E6" w:rsidRDefault="00DD6998">
            <w:r>
              <w:rPr>
                <w:b/>
                <w:sz w:val="18"/>
              </w:rPr>
              <w:t>Hallazgos principales: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140173" w14:textId="77777777" w:rsidR="005B13E6" w:rsidRDefault="005B13E6"/>
        </w:tc>
      </w:tr>
      <w:tr w:rsidR="005B13E6" w14:paraId="742C5C39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6F1352" w14:textId="77777777" w:rsidR="005B13E6" w:rsidRDefault="00DD6998">
            <w:r>
              <w:rPr>
                <w:b/>
                <w:sz w:val="18"/>
              </w:rPr>
              <w:t>Aporte al proyecto: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4521BF" w14:textId="77777777" w:rsidR="005B13E6" w:rsidRDefault="005B13E6"/>
        </w:tc>
      </w:tr>
      <w:tr w:rsidR="005B13E6" w14:paraId="08C9043F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DAED9E" w14:textId="77777777" w:rsidR="005B13E6" w:rsidRDefault="00DD6998">
            <w:r>
              <w:rPr>
                <w:b/>
                <w:sz w:val="18"/>
              </w:rPr>
              <w:t>Vacío o cuestión pendiente: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DAAA6E" w14:textId="77777777" w:rsidR="005B13E6" w:rsidRDefault="005B13E6"/>
        </w:tc>
      </w:tr>
    </w:tbl>
    <w:p w14:paraId="22B4A6E7" w14:textId="77777777" w:rsidR="005B13E6" w:rsidRDefault="00DD6998">
      <w:pPr>
        <w:spacing w:before="100"/>
      </w:pPr>
      <w:r>
        <w:rPr>
          <w:b/>
          <w:color w:val="8B1E3F"/>
          <w:sz w:val="16"/>
        </w:rPr>
        <w:t xml:space="preserve">Recordatorio de ética y trazabilidad: </w:t>
      </w:r>
      <w:r>
        <w:rPr>
          <w:sz w:val="16"/>
        </w:rPr>
        <w:t>la IA puede apoyar la organización, revisión y generación de alternativas, pero no sustituye la lectura, el análisis, la toma de decisiones ni la autoría académica.</w:t>
      </w:r>
    </w:p>
    <w:p w14:paraId="0773A05F" w14:textId="77777777" w:rsidR="005B13E6" w:rsidRDefault="00DD6998">
      <w:r>
        <w:br w:type="page"/>
      </w:r>
    </w:p>
    <w:p w14:paraId="79DC15AE" w14:textId="77777777" w:rsidR="005B13E6" w:rsidRDefault="00DD6998">
      <w:pPr>
        <w:spacing w:after="60"/>
      </w:pPr>
      <w:r>
        <w:rPr>
          <w:b/>
          <w:color w:val="8B1E3F"/>
          <w:sz w:val="34"/>
        </w:rPr>
        <w:lastRenderedPageBreak/>
        <w:t>R10  Ficha de lectura académica</w:t>
      </w:r>
    </w:p>
    <w:p w14:paraId="0B38A4C2" w14:textId="77777777" w:rsidR="005B13E6" w:rsidRDefault="00DD6998">
      <w:pPr>
        <w:spacing w:after="80"/>
      </w:pPr>
      <w:r>
        <w:rPr>
          <w:b/>
          <w:color w:val="075985"/>
          <w:sz w:val="18"/>
        </w:rPr>
        <w:t>Uso en la planeación: Sesión 13</w:t>
      </w:r>
    </w:p>
    <w:p w14:paraId="1715535D" w14:textId="77777777" w:rsidR="005B13E6" w:rsidRDefault="00DD6998">
      <w:pPr>
        <w:pStyle w:val="Instrucciones"/>
      </w:pPr>
      <w:r>
        <w:rPr>
          <w:b/>
        </w:rPr>
        <w:t xml:space="preserve">Instrucciones: </w:t>
      </w:r>
      <w:r>
        <w:t>Complete el formato con información de su proyecto. Puede responder por escrito, mediante notas de voz transcritas o en una tabla digital. Conserve las referencias y el registro de uso de IA cuando corresponda.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5B13E6" w14:paraId="6129E26D" w14:textId="77777777">
        <w:trPr>
          <w:jc w:val="center"/>
        </w:trPr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2BC2B2" w14:textId="77777777" w:rsidR="005B13E6" w:rsidRDefault="00DD6998">
            <w:r>
              <w:rPr>
                <w:b/>
              </w:rPr>
              <w:t>Nombre: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D8EB13" w14:textId="77777777" w:rsidR="005B13E6" w:rsidRDefault="00DD6998">
            <w:r>
              <w:rPr>
                <w:b/>
              </w:rPr>
              <w:t>Grupo: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BF0B85" w14:textId="77777777" w:rsidR="005B13E6" w:rsidRDefault="00DD6998">
            <w:r>
              <w:rPr>
                <w:b/>
              </w:rPr>
              <w:t>Fecha:</w:t>
            </w:r>
            <w:r>
              <w:rPr>
                <w:b/>
              </w:rPr>
              <w:br/>
            </w:r>
          </w:p>
        </w:tc>
      </w:tr>
    </w:tbl>
    <w:p w14:paraId="1EE06C21" w14:textId="77777777" w:rsidR="005B13E6" w:rsidRDefault="005B13E6">
      <w:pPr>
        <w:spacing w:after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5B13E6" w14:paraId="684338AB" w14:textId="77777777">
        <w:trPr>
          <w:tblHeader/>
          <w:jc w:val="center"/>
        </w:trPr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A1037C" w14:textId="77777777" w:rsidR="005B13E6" w:rsidRDefault="00DD6998">
            <w:r>
              <w:rPr>
                <w:b/>
                <w:color w:val="FFFFFF"/>
              </w:rPr>
              <w:t>Elemento</w:t>
            </w:r>
          </w:p>
        </w:tc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60F6931" w14:textId="77777777" w:rsidR="005B13E6" w:rsidRDefault="00DD6998">
            <w:r>
              <w:rPr>
                <w:b/>
                <w:color w:val="FFFFFF"/>
              </w:rPr>
              <w:t>Registro del estudiante</w:t>
            </w:r>
          </w:p>
        </w:tc>
      </w:tr>
      <w:tr w:rsidR="005B13E6" w14:paraId="6D1CBBC5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5E1D6FA" w14:textId="77777777" w:rsidR="005B13E6" w:rsidRDefault="00DD6998">
            <w:r>
              <w:rPr>
                <w:b/>
                <w:sz w:val="18"/>
              </w:rPr>
              <w:t>Referencia completa en APA 7: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01335F" w14:textId="77777777" w:rsidR="005B13E6" w:rsidRDefault="005B13E6"/>
        </w:tc>
      </w:tr>
      <w:tr w:rsidR="005B13E6" w14:paraId="65291A71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5C62F1" w14:textId="77777777" w:rsidR="005B13E6" w:rsidRDefault="00DD6998">
            <w:r>
              <w:rPr>
                <w:b/>
                <w:sz w:val="18"/>
              </w:rPr>
              <w:t>Idea principal: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4C5A18" w14:textId="77777777" w:rsidR="005B13E6" w:rsidRDefault="005B13E6"/>
        </w:tc>
      </w:tr>
      <w:tr w:rsidR="005B13E6" w14:paraId="4B9A5B87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E85C15" w14:textId="77777777" w:rsidR="005B13E6" w:rsidRDefault="00DD6998">
            <w:r>
              <w:rPr>
                <w:b/>
                <w:sz w:val="18"/>
              </w:rPr>
              <w:t>Cita textual o paráfrasis: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217536" w14:textId="77777777" w:rsidR="005B13E6" w:rsidRDefault="005B13E6"/>
        </w:tc>
      </w:tr>
      <w:tr w:rsidR="005B13E6" w14:paraId="5AD401EA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B62BBF" w14:textId="77777777" w:rsidR="005B13E6" w:rsidRDefault="00DD6998">
            <w:r>
              <w:rPr>
                <w:b/>
                <w:sz w:val="18"/>
              </w:rPr>
              <w:t>Comentario crítico propio: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B93932" w14:textId="77777777" w:rsidR="005B13E6" w:rsidRDefault="005B13E6"/>
        </w:tc>
      </w:tr>
      <w:tr w:rsidR="005B13E6" w14:paraId="222EE69D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5A442E" w14:textId="77777777" w:rsidR="005B13E6" w:rsidRDefault="00DD6998">
            <w:r>
              <w:rPr>
                <w:b/>
                <w:sz w:val="18"/>
              </w:rPr>
              <w:t>Relación con el problema de tesis: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F647D8" w14:textId="77777777" w:rsidR="005B13E6" w:rsidRDefault="005B13E6"/>
        </w:tc>
      </w:tr>
      <w:tr w:rsidR="005B13E6" w14:paraId="3A9F06A2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51D0E6" w14:textId="77777777" w:rsidR="005B13E6" w:rsidRDefault="00DD6998">
            <w:r>
              <w:rPr>
                <w:b/>
                <w:sz w:val="18"/>
              </w:rPr>
              <w:t>Palabras clave: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C80CC6" w14:textId="77777777" w:rsidR="005B13E6" w:rsidRDefault="005B13E6"/>
        </w:tc>
      </w:tr>
    </w:tbl>
    <w:p w14:paraId="01CE549D" w14:textId="77777777" w:rsidR="005B13E6" w:rsidRDefault="00DD6998">
      <w:pPr>
        <w:spacing w:before="100"/>
      </w:pPr>
      <w:r>
        <w:rPr>
          <w:b/>
          <w:color w:val="8B1E3F"/>
          <w:sz w:val="16"/>
        </w:rPr>
        <w:t xml:space="preserve">Recordatorio de ética y trazabilidad: </w:t>
      </w:r>
      <w:r>
        <w:rPr>
          <w:sz w:val="16"/>
        </w:rPr>
        <w:t>la IA puede apoyar la organización, revisión y generación de alternativas, pero no sustituye la lectura, el análisis, la toma de decisiones ni la autoría académica.</w:t>
      </w:r>
    </w:p>
    <w:p w14:paraId="6390C3C1" w14:textId="77777777" w:rsidR="005B13E6" w:rsidRDefault="00DD6998">
      <w:r>
        <w:br w:type="page"/>
      </w:r>
    </w:p>
    <w:p w14:paraId="43B2B036" w14:textId="77777777" w:rsidR="005B13E6" w:rsidRDefault="00DD6998">
      <w:pPr>
        <w:spacing w:after="60"/>
      </w:pPr>
      <w:r>
        <w:rPr>
          <w:b/>
          <w:color w:val="8B1E3F"/>
          <w:sz w:val="34"/>
        </w:rPr>
        <w:lastRenderedPageBreak/>
        <w:t>R11  Mapa conceptual y esquema del marco teórico</w:t>
      </w:r>
    </w:p>
    <w:p w14:paraId="391EE414" w14:textId="77777777" w:rsidR="005B13E6" w:rsidRDefault="00DD6998">
      <w:pPr>
        <w:spacing w:after="80"/>
      </w:pPr>
      <w:r>
        <w:rPr>
          <w:b/>
          <w:color w:val="075985"/>
          <w:sz w:val="18"/>
        </w:rPr>
        <w:t>Uso en la planeación: Sesiones 14 y 15</w:t>
      </w:r>
    </w:p>
    <w:p w14:paraId="7120B2A6" w14:textId="77777777" w:rsidR="005B13E6" w:rsidRDefault="00DD6998">
      <w:pPr>
        <w:pStyle w:val="Instrucciones"/>
      </w:pPr>
      <w:r>
        <w:rPr>
          <w:b/>
        </w:rPr>
        <w:t xml:space="preserve">Instrucciones: </w:t>
      </w:r>
      <w:r>
        <w:t>Complete el formato con información de su proyecto. Puede responder por escrito, mediante notas de voz transcritas o en una tabla digital. Conserve las referencias y el registro de uso de IA cuando corresponda.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5B13E6" w14:paraId="4505C00C" w14:textId="77777777">
        <w:trPr>
          <w:jc w:val="center"/>
        </w:trPr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726CEA" w14:textId="77777777" w:rsidR="005B13E6" w:rsidRDefault="00DD6998">
            <w:r>
              <w:rPr>
                <w:b/>
              </w:rPr>
              <w:t>Nombre: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C901FB" w14:textId="77777777" w:rsidR="005B13E6" w:rsidRDefault="00DD6998">
            <w:r>
              <w:rPr>
                <w:b/>
              </w:rPr>
              <w:t>Grupo: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5DE421" w14:textId="77777777" w:rsidR="005B13E6" w:rsidRDefault="00DD6998">
            <w:r>
              <w:rPr>
                <w:b/>
              </w:rPr>
              <w:t>Fecha:</w:t>
            </w:r>
            <w:r>
              <w:rPr>
                <w:b/>
              </w:rPr>
              <w:br/>
            </w:r>
          </w:p>
        </w:tc>
      </w:tr>
    </w:tbl>
    <w:p w14:paraId="08A56228" w14:textId="77777777" w:rsidR="005B13E6" w:rsidRDefault="005B13E6">
      <w:pPr>
        <w:spacing w:after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5B13E6" w14:paraId="273027A6" w14:textId="77777777">
        <w:trPr>
          <w:tblHeader/>
          <w:jc w:val="center"/>
        </w:trPr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BB34B2F" w14:textId="77777777" w:rsidR="005B13E6" w:rsidRDefault="00DD6998">
            <w:r>
              <w:rPr>
                <w:b/>
                <w:color w:val="FFFFFF"/>
              </w:rPr>
              <w:t>Elemento</w:t>
            </w:r>
          </w:p>
        </w:tc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581BD2" w14:textId="77777777" w:rsidR="005B13E6" w:rsidRDefault="00DD6998">
            <w:r>
              <w:rPr>
                <w:b/>
                <w:color w:val="FFFFFF"/>
              </w:rPr>
              <w:t>Registro del estudiante</w:t>
            </w:r>
          </w:p>
        </w:tc>
      </w:tr>
      <w:tr w:rsidR="005B13E6" w14:paraId="2D21EAE3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6DD568" w14:textId="77777777" w:rsidR="005B13E6" w:rsidRDefault="00DD6998">
            <w:r>
              <w:rPr>
                <w:b/>
                <w:sz w:val="18"/>
              </w:rPr>
              <w:t>Problema de investigación: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A0E945" w14:textId="77777777" w:rsidR="005B13E6" w:rsidRDefault="005B13E6"/>
        </w:tc>
      </w:tr>
      <w:tr w:rsidR="005B13E6" w14:paraId="5EE9CBCC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3CD2D2" w14:textId="77777777" w:rsidR="005B13E6" w:rsidRDefault="00DD6998">
            <w:r>
              <w:rPr>
                <w:b/>
                <w:sz w:val="18"/>
              </w:rPr>
              <w:t>Conceptos centrales: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707948" w14:textId="77777777" w:rsidR="005B13E6" w:rsidRDefault="005B13E6"/>
        </w:tc>
      </w:tr>
      <w:tr w:rsidR="005B13E6" w14:paraId="68D443F2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3C28B3" w14:textId="77777777" w:rsidR="005B13E6" w:rsidRDefault="00DD6998">
            <w:r>
              <w:rPr>
                <w:b/>
                <w:sz w:val="18"/>
              </w:rPr>
              <w:t>Autores y fuentes clave: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F241D5" w14:textId="77777777" w:rsidR="005B13E6" w:rsidRDefault="005B13E6"/>
        </w:tc>
      </w:tr>
      <w:tr w:rsidR="005B13E6" w14:paraId="308020FE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3F8444" w14:textId="77777777" w:rsidR="005B13E6" w:rsidRDefault="00DD6998">
            <w:r>
              <w:rPr>
                <w:b/>
                <w:sz w:val="18"/>
              </w:rPr>
              <w:t>Relaciones entre conceptos: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C1F27A" w14:textId="77777777" w:rsidR="005B13E6" w:rsidRDefault="005B13E6"/>
        </w:tc>
      </w:tr>
      <w:tr w:rsidR="005B13E6" w14:paraId="58D798C5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7E6E9D" w14:textId="77777777" w:rsidR="005B13E6" w:rsidRDefault="00DD6998">
            <w:r>
              <w:rPr>
                <w:b/>
                <w:sz w:val="18"/>
              </w:rPr>
              <w:t>Apartados y subapartados preliminares: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665BAC" w14:textId="77777777" w:rsidR="005B13E6" w:rsidRDefault="005B13E6"/>
        </w:tc>
      </w:tr>
    </w:tbl>
    <w:p w14:paraId="620C9BC0" w14:textId="77777777" w:rsidR="005B13E6" w:rsidRDefault="00DD6998">
      <w:pPr>
        <w:spacing w:before="100"/>
      </w:pPr>
      <w:r>
        <w:rPr>
          <w:b/>
          <w:color w:val="8B1E3F"/>
          <w:sz w:val="16"/>
        </w:rPr>
        <w:t xml:space="preserve">Recordatorio de ética y trazabilidad: </w:t>
      </w:r>
      <w:r>
        <w:rPr>
          <w:sz w:val="16"/>
        </w:rPr>
        <w:t>la IA puede apoyar la organización, revisión y generación de alternativas, pero no sustituye la lectura, el análisis, la toma de decisiones ni la autoría académica.</w:t>
      </w:r>
    </w:p>
    <w:p w14:paraId="18BFFAF4" w14:textId="77777777" w:rsidR="005B13E6" w:rsidRDefault="00DD6998">
      <w:r>
        <w:br w:type="page"/>
      </w:r>
    </w:p>
    <w:p w14:paraId="180B3331" w14:textId="77777777" w:rsidR="005B13E6" w:rsidRDefault="00DD6998">
      <w:pPr>
        <w:spacing w:after="60"/>
      </w:pPr>
      <w:r>
        <w:rPr>
          <w:b/>
          <w:color w:val="8B1E3F"/>
          <w:sz w:val="34"/>
        </w:rPr>
        <w:lastRenderedPageBreak/>
        <w:t>R12  Plantilla metodológica preliminar</w:t>
      </w:r>
    </w:p>
    <w:p w14:paraId="00B79C65" w14:textId="77777777" w:rsidR="005B13E6" w:rsidRDefault="00DD6998">
      <w:pPr>
        <w:spacing w:after="80"/>
      </w:pPr>
      <w:r>
        <w:rPr>
          <w:b/>
          <w:color w:val="075985"/>
          <w:sz w:val="18"/>
        </w:rPr>
        <w:t>Uso en la planeación: Sesiones 16 y 17</w:t>
      </w:r>
    </w:p>
    <w:p w14:paraId="1EF78E02" w14:textId="77777777" w:rsidR="005B13E6" w:rsidRDefault="00DD6998">
      <w:pPr>
        <w:pStyle w:val="Instrucciones"/>
      </w:pPr>
      <w:r>
        <w:rPr>
          <w:b/>
        </w:rPr>
        <w:t xml:space="preserve">Instrucciones: </w:t>
      </w:r>
      <w:r>
        <w:t>Complete el formato con información de su proyecto. Puede responder por escrito, mediante notas de voz transcritas o en una tabla digital. Conserve las referencias y el registro de uso de IA cuando corresponda.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5B13E6" w14:paraId="17224B49" w14:textId="77777777">
        <w:trPr>
          <w:jc w:val="center"/>
        </w:trPr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0FA8DD" w14:textId="77777777" w:rsidR="005B13E6" w:rsidRDefault="00DD6998">
            <w:r>
              <w:rPr>
                <w:b/>
              </w:rPr>
              <w:t>Nombre: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CDE5DC" w14:textId="77777777" w:rsidR="005B13E6" w:rsidRDefault="00DD6998">
            <w:r>
              <w:rPr>
                <w:b/>
              </w:rPr>
              <w:t>Grupo: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F81AA1" w14:textId="77777777" w:rsidR="005B13E6" w:rsidRDefault="00DD6998">
            <w:r>
              <w:rPr>
                <w:b/>
              </w:rPr>
              <w:t>Fecha:</w:t>
            </w:r>
            <w:r>
              <w:rPr>
                <w:b/>
              </w:rPr>
              <w:br/>
            </w:r>
          </w:p>
        </w:tc>
      </w:tr>
    </w:tbl>
    <w:p w14:paraId="19AEFD39" w14:textId="77777777" w:rsidR="005B13E6" w:rsidRDefault="005B13E6">
      <w:pPr>
        <w:spacing w:after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5B13E6" w14:paraId="0671898D" w14:textId="77777777">
        <w:trPr>
          <w:tblHeader/>
          <w:jc w:val="center"/>
        </w:trPr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935350B" w14:textId="77777777" w:rsidR="005B13E6" w:rsidRDefault="00DD6998">
            <w:r>
              <w:rPr>
                <w:b/>
                <w:color w:val="FFFFFF"/>
              </w:rPr>
              <w:t>Elemento</w:t>
            </w:r>
          </w:p>
        </w:tc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40CFD2" w14:textId="77777777" w:rsidR="005B13E6" w:rsidRDefault="00DD6998">
            <w:r>
              <w:rPr>
                <w:b/>
                <w:color w:val="FFFFFF"/>
              </w:rPr>
              <w:t>Registro del estudiante</w:t>
            </w:r>
          </w:p>
        </w:tc>
      </w:tr>
      <w:tr w:rsidR="005B13E6" w14:paraId="2F301936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B6AD08" w14:textId="77777777" w:rsidR="005B13E6" w:rsidRDefault="00DD6998">
            <w:r>
              <w:rPr>
                <w:b/>
                <w:sz w:val="18"/>
              </w:rPr>
              <w:t>Enfoque de investigación: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18D856" w14:textId="77777777" w:rsidR="005B13E6" w:rsidRDefault="005B13E6"/>
        </w:tc>
      </w:tr>
      <w:tr w:rsidR="005B13E6" w14:paraId="5D012194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43E868" w14:textId="77777777" w:rsidR="005B13E6" w:rsidRDefault="00DD6998">
            <w:r>
              <w:rPr>
                <w:b/>
                <w:sz w:val="18"/>
              </w:rPr>
              <w:t>Diseño o método tentativo: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F37DC09" w14:textId="77777777" w:rsidR="005B13E6" w:rsidRDefault="005B13E6"/>
        </w:tc>
      </w:tr>
      <w:tr w:rsidR="005B13E6" w14:paraId="686B0DD6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722294" w14:textId="77777777" w:rsidR="005B13E6" w:rsidRDefault="00DD6998">
            <w:r>
              <w:rPr>
                <w:b/>
                <w:sz w:val="18"/>
              </w:rPr>
              <w:t>Participantes o fuentes de información: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A54C40" w14:textId="77777777" w:rsidR="005B13E6" w:rsidRDefault="005B13E6"/>
        </w:tc>
      </w:tr>
      <w:tr w:rsidR="005B13E6" w14:paraId="016E9728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FEBBBB" w14:textId="77777777" w:rsidR="005B13E6" w:rsidRDefault="00DD6998">
            <w:r>
              <w:rPr>
                <w:b/>
                <w:sz w:val="18"/>
              </w:rPr>
              <w:t>Técnica(s) de recolección: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74F1D6" w14:textId="77777777" w:rsidR="005B13E6" w:rsidRDefault="005B13E6"/>
        </w:tc>
      </w:tr>
      <w:tr w:rsidR="005B13E6" w14:paraId="4BF8DCBD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A9890A" w14:textId="77777777" w:rsidR="005B13E6" w:rsidRDefault="00DD6998">
            <w:r>
              <w:rPr>
                <w:b/>
                <w:sz w:val="18"/>
              </w:rPr>
              <w:t>Instrumento(s):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FAFE41" w14:textId="77777777" w:rsidR="005B13E6" w:rsidRDefault="005B13E6"/>
        </w:tc>
      </w:tr>
      <w:tr w:rsidR="005B13E6" w14:paraId="5654A4E0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392E0B" w14:textId="77777777" w:rsidR="005B13E6" w:rsidRDefault="00DD6998">
            <w:r>
              <w:rPr>
                <w:b/>
                <w:sz w:val="18"/>
              </w:rPr>
              <w:t>Consideraciones éticas y de privacidad: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A82308" w14:textId="77777777" w:rsidR="005B13E6" w:rsidRDefault="005B13E6"/>
        </w:tc>
      </w:tr>
      <w:tr w:rsidR="005B13E6" w14:paraId="3A5E32CB" w14:textId="77777777">
        <w:trPr>
          <w:trHeight w:val="821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45FD58" w14:textId="77777777" w:rsidR="005B13E6" w:rsidRDefault="00DD6998">
            <w:r>
              <w:rPr>
                <w:b/>
                <w:sz w:val="18"/>
              </w:rPr>
              <w:t>Viabilidad: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14D5E4" w14:textId="77777777" w:rsidR="005B13E6" w:rsidRDefault="005B13E6"/>
        </w:tc>
      </w:tr>
    </w:tbl>
    <w:p w14:paraId="4ACF5A9B" w14:textId="77777777" w:rsidR="005B13E6" w:rsidRDefault="00DD6998">
      <w:pPr>
        <w:spacing w:before="100"/>
      </w:pPr>
      <w:r>
        <w:rPr>
          <w:b/>
          <w:color w:val="8B1E3F"/>
          <w:sz w:val="16"/>
        </w:rPr>
        <w:t xml:space="preserve">Recordatorio de ética y trazabilidad: </w:t>
      </w:r>
      <w:r>
        <w:rPr>
          <w:sz w:val="16"/>
        </w:rPr>
        <w:t>la IA puede apoyar la organización, revisión y generación de alternativas, pero no sustituye la lectura, el análisis, la toma de decisiones ni la autoría académica.</w:t>
      </w:r>
    </w:p>
    <w:p w14:paraId="0FD3D104" w14:textId="77777777" w:rsidR="005B13E6" w:rsidRDefault="00DD6998">
      <w:r>
        <w:br w:type="page"/>
      </w:r>
    </w:p>
    <w:p w14:paraId="4C063EB9" w14:textId="77777777" w:rsidR="005B13E6" w:rsidRDefault="00DD6998">
      <w:pPr>
        <w:spacing w:after="60"/>
      </w:pPr>
      <w:r>
        <w:rPr>
          <w:b/>
          <w:color w:val="8B1E3F"/>
          <w:sz w:val="34"/>
        </w:rPr>
        <w:lastRenderedPageBreak/>
        <w:t>R13  Rúbrica de integración del anteproyecto</w:t>
      </w:r>
    </w:p>
    <w:p w14:paraId="26A128DC" w14:textId="77777777" w:rsidR="005B13E6" w:rsidRDefault="00DD6998">
      <w:pPr>
        <w:spacing w:after="80"/>
      </w:pPr>
      <w:r>
        <w:rPr>
          <w:b/>
          <w:color w:val="075985"/>
          <w:sz w:val="18"/>
        </w:rPr>
        <w:t>Uso en la planeación: Sesiones 18 y 19</w:t>
      </w:r>
    </w:p>
    <w:p w14:paraId="0FA937BF" w14:textId="77777777" w:rsidR="005B13E6" w:rsidRDefault="00DD6998">
      <w:pPr>
        <w:pStyle w:val="Instrucciones"/>
      </w:pPr>
      <w:r>
        <w:rPr>
          <w:b/>
        </w:rPr>
        <w:t xml:space="preserve">Instrucciones: </w:t>
      </w:r>
      <w:r>
        <w:t>Complete el formato con información de su proyecto. Puede responder por escrito, mediante notas de voz transcritas o en una tabla digital. Conserve las referencias y el registro de uso de IA cuando corresponda.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5B13E6" w14:paraId="2D561A60" w14:textId="77777777">
        <w:trPr>
          <w:jc w:val="center"/>
        </w:trPr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CC5A39" w14:textId="77777777" w:rsidR="005B13E6" w:rsidRDefault="00DD6998">
            <w:r>
              <w:rPr>
                <w:b/>
              </w:rPr>
              <w:t>Nombre: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AE339E" w14:textId="77777777" w:rsidR="005B13E6" w:rsidRDefault="00DD6998">
            <w:r>
              <w:rPr>
                <w:b/>
              </w:rPr>
              <w:t>Grupo: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FF185B" w14:textId="77777777" w:rsidR="005B13E6" w:rsidRDefault="00DD6998">
            <w:r>
              <w:rPr>
                <w:b/>
              </w:rPr>
              <w:t>Fecha:</w:t>
            </w:r>
            <w:r>
              <w:rPr>
                <w:b/>
              </w:rPr>
              <w:br/>
            </w:r>
          </w:p>
        </w:tc>
      </w:tr>
    </w:tbl>
    <w:p w14:paraId="5B3E9B02" w14:textId="77777777" w:rsidR="005B13E6" w:rsidRDefault="005B13E6">
      <w:pPr>
        <w:spacing w:after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5B13E6" w14:paraId="485437D9" w14:textId="77777777">
        <w:trPr>
          <w:tblHeader/>
          <w:jc w:val="center"/>
        </w:trPr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BCD762B" w14:textId="77777777" w:rsidR="005B13E6" w:rsidRDefault="00DD6998">
            <w:r>
              <w:rPr>
                <w:b/>
                <w:color w:val="FFFFFF"/>
              </w:rPr>
              <w:t>Elemento</w:t>
            </w:r>
          </w:p>
        </w:tc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3B0C50" w14:textId="77777777" w:rsidR="005B13E6" w:rsidRDefault="00DD6998">
            <w:r>
              <w:rPr>
                <w:b/>
                <w:color w:val="FFFFFF"/>
              </w:rPr>
              <w:t>Registro del estudiante</w:t>
            </w:r>
          </w:p>
        </w:tc>
      </w:tr>
      <w:tr w:rsidR="005B13E6" w14:paraId="29A85F7F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EF510D" w14:textId="77777777" w:rsidR="005B13E6" w:rsidRDefault="00DD6998">
            <w:r>
              <w:rPr>
                <w:b/>
                <w:sz w:val="18"/>
              </w:rPr>
              <w:t>Coherencia entre problema, pregunta y objetivos: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5055C08" w14:textId="77777777" w:rsidR="005B13E6" w:rsidRDefault="005B13E6"/>
        </w:tc>
      </w:tr>
      <w:tr w:rsidR="005B13E6" w14:paraId="66C43AFF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6454A4" w14:textId="77777777" w:rsidR="005B13E6" w:rsidRDefault="00DD6998">
            <w:r>
              <w:rPr>
                <w:b/>
                <w:sz w:val="18"/>
              </w:rPr>
              <w:t>Calidad y verificación de fuentes: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0FF8B0" w14:textId="77777777" w:rsidR="005B13E6" w:rsidRDefault="005B13E6"/>
        </w:tc>
      </w:tr>
      <w:tr w:rsidR="005B13E6" w14:paraId="084C0ED9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183848" w14:textId="77777777" w:rsidR="005B13E6" w:rsidRDefault="00DD6998">
            <w:r>
              <w:rPr>
                <w:b/>
                <w:sz w:val="18"/>
              </w:rPr>
              <w:t>Organización de antecedentes y marco teórico: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33EE5B" w14:textId="77777777" w:rsidR="005B13E6" w:rsidRDefault="005B13E6"/>
        </w:tc>
      </w:tr>
      <w:tr w:rsidR="005B13E6" w14:paraId="1F2F85BA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E262FC" w14:textId="77777777" w:rsidR="005B13E6" w:rsidRDefault="00DD6998">
            <w:r>
              <w:rPr>
                <w:b/>
                <w:sz w:val="18"/>
              </w:rPr>
              <w:t>Viabilidad metodológica: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FC5AAD" w14:textId="77777777" w:rsidR="005B13E6" w:rsidRDefault="005B13E6"/>
        </w:tc>
      </w:tr>
      <w:tr w:rsidR="005B13E6" w14:paraId="7F529A64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29F31A" w14:textId="77777777" w:rsidR="005B13E6" w:rsidRDefault="00DD6998">
            <w:r>
              <w:rPr>
                <w:b/>
                <w:sz w:val="18"/>
              </w:rPr>
              <w:t>Citación, redacción y autoría: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603809" w14:textId="77777777" w:rsidR="005B13E6" w:rsidRDefault="005B13E6"/>
        </w:tc>
      </w:tr>
      <w:tr w:rsidR="005B13E6" w14:paraId="68617C40" w14:textId="77777777">
        <w:trPr>
          <w:trHeight w:val="979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F9E877" w14:textId="77777777" w:rsidR="005B13E6" w:rsidRDefault="00DD6998">
            <w:r>
              <w:rPr>
                <w:b/>
                <w:sz w:val="18"/>
              </w:rPr>
              <w:t>Uso crítico, ético y trazable de IA: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57D3B3" w14:textId="77777777" w:rsidR="005B13E6" w:rsidRDefault="005B13E6"/>
        </w:tc>
      </w:tr>
    </w:tbl>
    <w:p w14:paraId="7EE897C3" w14:textId="77777777" w:rsidR="005B13E6" w:rsidRDefault="00DD6998">
      <w:pPr>
        <w:spacing w:before="100"/>
      </w:pPr>
      <w:r>
        <w:rPr>
          <w:b/>
          <w:color w:val="8B1E3F"/>
          <w:sz w:val="16"/>
        </w:rPr>
        <w:t xml:space="preserve">Recordatorio de ética y trazabilidad: </w:t>
      </w:r>
      <w:r>
        <w:rPr>
          <w:sz w:val="16"/>
        </w:rPr>
        <w:t>la IA puede apoyar la organización, revisión y generación de alternativas, pero no sustituye la lectura, el análisis, la toma de decisiones ni la autoría académica.</w:t>
      </w:r>
    </w:p>
    <w:p w14:paraId="3C12FEFD" w14:textId="77777777" w:rsidR="005B13E6" w:rsidRDefault="00DD6998">
      <w:r>
        <w:br w:type="page"/>
      </w:r>
    </w:p>
    <w:p w14:paraId="3FCD0029" w14:textId="77777777" w:rsidR="005B13E6" w:rsidRDefault="00DD6998">
      <w:pPr>
        <w:spacing w:after="60"/>
      </w:pPr>
      <w:r>
        <w:rPr>
          <w:b/>
          <w:color w:val="8B1E3F"/>
          <w:sz w:val="34"/>
        </w:rPr>
        <w:lastRenderedPageBreak/>
        <w:t>R14  Cuestionario final y reflexión metacognitiva</w:t>
      </w:r>
    </w:p>
    <w:p w14:paraId="368BECFA" w14:textId="77777777" w:rsidR="005B13E6" w:rsidRDefault="00DD6998">
      <w:pPr>
        <w:spacing w:after="80"/>
      </w:pPr>
      <w:r>
        <w:rPr>
          <w:b/>
          <w:color w:val="075985"/>
          <w:sz w:val="18"/>
        </w:rPr>
        <w:t>Uso en la planeación: Sesión 20</w:t>
      </w:r>
    </w:p>
    <w:p w14:paraId="310F029F" w14:textId="77777777" w:rsidR="005B13E6" w:rsidRDefault="00DD6998">
      <w:pPr>
        <w:pStyle w:val="Instrucciones"/>
      </w:pPr>
      <w:r>
        <w:rPr>
          <w:b/>
        </w:rPr>
        <w:t xml:space="preserve">Instrucciones: </w:t>
      </w:r>
      <w:r>
        <w:t>Complete el formato con información de su proyecto. Puede responder por escrito, mediante notas de voz transcritas o en una tabla digital. Conserve las referencias y el registro de uso de IA cuando corresponda.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501"/>
        <w:gridCol w:w="3501"/>
      </w:tblGrid>
      <w:tr w:rsidR="005B13E6" w14:paraId="0524E861" w14:textId="77777777">
        <w:trPr>
          <w:jc w:val="center"/>
        </w:trPr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E45266" w14:textId="77777777" w:rsidR="005B13E6" w:rsidRDefault="00DD6998">
            <w:r>
              <w:rPr>
                <w:b/>
              </w:rPr>
              <w:t>Nombre: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39D537" w14:textId="77777777" w:rsidR="005B13E6" w:rsidRDefault="00DD6998">
            <w:r>
              <w:rPr>
                <w:b/>
              </w:rPr>
              <w:t>Grupo:</w:t>
            </w:r>
            <w:r>
              <w:rPr>
                <w:b/>
              </w:rPr>
              <w:br/>
            </w:r>
          </w:p>
        </w:tc>
        <w:tc>
          <w:tcPr>
            <w:tcW w:w="3504" w:type="dxa"/>
            <w:shd w:val="clear" w:color="auto" w:fill="F3F4F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B587BB" w14:textId="77777777" w:rsidR="005B13E6" w:rsidRDefault="00DD6998">
            <w:r>
              <w:rPr>
                <w:b/>
              </w:rPr>
              <w:t>Fecha:</w:t>
            </w:r>
            <w:r>
              <w:rPr>
                <w:b/>
              </w:rPr>
              <w:br/>
            </w:r>
          </w:p>
        </w:tc>
      </w:tr>
    </w:tbl>
    <w:p w14:paraId="73F383BD" w14:textId="77777777" w:rsidR="005B13E6" w:rsidRDefault="005B13E6">
      <w:pPr>
        <w:spacing w:after="0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5B13E6" w14:paraId="25959869" w14:textId="77777777">
        <w:trPr>
          <w:tblHeader/>
          <w:jc w:val="center"/>
        </w:trPr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11D3D5" w14:textId="77777777" w:rsidR="005B13E6" w:rsidRDefault="00DD6998">
            <w:r>
              <w:rPr>
                <w:b/>
                <w:color w:val="FFFFFF"/>
              </w:rPr>
              <w:t>Elemento</w:t>
            </w:r>
          </w:p>
        </w:tc>
        <w:tc>
          <w:tcPr>
            <w:tcW w:w="5256" w:type="dxa"/>
            <w:shd w:val="clear" w:color="auto" w:fill="8B1E3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6F87B0E" w14:textId="77777777" w:rsidR="005B13E6" w:rsidRDefault="00DD6998">
            <w:r>
              <w:rPr>
                <w:b/>
                <w:color w:val="FFFFFF"/>
              </w:rPr>
              <w:t>Registro del estudiante</w:t>
            </w:r>
          </w:p>
        </w:tc>
      </w:tr>
      <w:tr w:rsidR="005B13E6" w14:paraId="6815C3A0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04C331" w14:textId="77777777" w:rsidR="005B13E6" w:rsidRDefault="00DD6998">
            <w:r>
              <w:rPr>
                <w:b/>
                <w:sz w:val="18"/>
              </w:rPr>
              <w:t>¿Qué habilidad investigativa fortalecí?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C120D8" w14:textId="77777777" w:rsidR="005B13E6" w:rsidRDefault="005B13E6"/>
        </w:tc>
      </w:tr>
      <w:tr w:rsidR="005B13E6" w14:paraId="5E6EB52E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FEC411" w14:textId="77777777" w:rsidR="005B13E6" w:rsidRDefault="00DD6998">
            <w:r>
              <w:rPr>
                <w:b/>
                <w:sz w:val="18"/>
              </w:rPr>
              <w:t>¿Qué evidencia demuestra mi avance?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B48C14" w14:textId="77777777" w:rsidR="005B13E6" w:rsidRDefault="005B13E6"/>
        </w:tc>
      </w:tr>
      <w:tr w:rsidR="005B13E6" w14:paraId="38612D55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297E5A" w14:textId="77777777" w:rsidR="005B13E6" w:rsidRDefault="00DD6998">
            <w:r>
              <w:rPr>
                <w:b/>
                <w:sz w:val="18"/>
              </w:rPr>
              <w:t>¿Cómo utilicé IA y cómo verifiqué sus respuestas?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E117F7" w14:textId="77777777" w:rsidR="005B13E6" w:rsidRDefault="005B13E6"/>
        </w:tc>
      </w:tr>
      <w:tr w:rsidR="005B13E6" w14:paraId="6DE46809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14DE1D" w14:textId="77777777" w:rsidR="005B13E6" w:rsidRDefault="00DD6998">
            <w:r>
              <w:rPr>
                <w:b/>
                <w:sz w:val="18"/>
              </w:rPr>
              <w:t>¿Qué dificultad persiste?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99B5E8" w14:textId="77777777" w:rsidR="005B13E6" w:rsidRDefault="005B13E6"/>
        </w:tc>
      </w:tr>
      <w:tr w:rsidR="005B13E6" w14:paraId="076A93D9" w14:textId="77777777">
        <w:trPr>
          <w:trHeight w:val="1195"/>
          <w:jc w:val="center"/>
        </w:trPr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78218B" w14:textId="77777777" w:rsidR="005B13E6" w:rsidRDefault="00DD6998">
            <w:r>
              <w:rPr>
                <w:b/>
                <w:sz w:val="18"/>
              </w:rPr>
              <w:t>Compromiso para continuar el proyecto de tesis:</w:t>
            </w:r>
          </w:p>
        </w:tc>
        <w:tc>
          <w:tcPr>
            <w:tcW w:w="52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ABD081" w14:textId="77777777" w:rsidR="005B13E6" w:rsidRDefault="005B13E6"/>
        </w:tc>
      </w:tr>
    </w:tbl>
    <w:p w14:paraId="1EB69B0A" w14:textId="77777777" w:rsidR="005B13E6" w:rsidRDefault="00DD6998">
      <w:pPr>
        <w:spacing w:before="100"/>
      </w:pPr>
      <w:r>
        <w:rPr>
          <w:b/>
          <w:color w:val="8B1E3F"/>
          <w:sz w:val="16"/>
        </w:rPr>
        <w:t xml:space="preserve">Recordatorio de ética y trazabilidad: </w:t>
      </w:r>
      <w:r>
        <w:rPr>
          <w:sz w:val="16"/>
        </w:rPr>
        <w:t>la IA puede apoyar la organización, revisión y generación de alternativas, pero no sustituye la lectura, el análisis, la toma de decisiones ni la autoría académica.</w:t>
      </w:r>
    </w:p>
    <w:sectPr w:rsidR="005B13E6" w:rsidSect="00034616">
      <w:footerReference w:type="default" r:id="rId8"/>
      <w:headerReference w:type="default" r:id="rId11"/>
      <w:headerReference w:type="first" r:id="rId12"/>
      <w:footerReference w:type="first" r:id="rId13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3CDA3" w14:textId="77777777" w:rsidR="00DD6998" w:rsidRDefault="00DD6998">
      <w:pPr>
        <w:spacing w:after="0" w:line="240" w:lineRule="auto"/>
      </w:pPr>
      <w:r>
        <w:separator/>
      </w:r>
    </w:p>
  </w:endnote>
  <w:endnote w:type="continuationSeparator" w:id="0">
    <w:p w14:paraId="39078057" w14:textId="77777777" w:rsidR="00DD6998" w:rsidRDefault="00DD6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BCDE4" w14:textId="77777777" w:rsidR="005B13E6" w:rsidRPr="00D817B8" w:rsidRDefault="00DD6998">
    <w:pPr>
      <w:pStyle w:val="Piedepgina"/>
      <w:jc w:val="center"/>
      <w:rPr>
        <w:lang w:val="es-419"/>
      </w:rPr>
    </w:pPr>
    <w:r w:rsidRPr="00D817B8">
      <w:rPr>
        <w:color w:val="6B7280"/>
        <w:sz w:val="16"/>
        <w:lang w:val="es-419"/>
      </w:rPr>
      <w:t>Seminario de Tesis I e inteligencia artificial | Rosa María Murguía Chávez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50EC9" w14:textId="77777777" w:rsidR="00DD6998" w:rsidRDefault="00DD6998">
      <w:pPr>
        <w:spacing w:after="0" w:line="240" w:lineRule="auto"/>
      </w:pPr>
      <w:r>
        <w:separator/>
      </w:r>
    </w:p>
  </w:footnote>
  <w:footnote w:type="continuationSeparator" w:id="0">
    <w:p w14:paraId="278B463F" w14:textId="77777777" w:rsidR="00DD6998" w:rsidRDefault="00DD6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6772139">
    <w:abstractNumId w:val="8"/>
  </w:num>
  <w:num w:numId="2" w16cid:durableId="1460301157">
    <w:abstractNumId w:val="6"/>
  </w:num>
  <w:num w:numId="3" w16cid:durableId="1237856068">
    <w:abstractNumId w:val="5"/>
  </w:num>
  <w:num w:numId="4" w16cid:durableId="934560231">
    <w:abstractNumId w:val="4"/>
  </w:num>
  <w:num w:numId="5" w16cid:durableId="1005787211">
    <w:abstractNumId w:val="7"/>
  </w:num>
  <w:num w:numId="6" w16cid:durableId="858548953">
    <w:abstractNumId w:val="3"/>
  </w:num>
  <w:num w:numId="7" w16cid:durableId="28846586">
    <w:abstractNumId w:val="2"/>
  </w:num>
  <w:num w:numId="8" w16cid:durableId="1310550064">
    <w:abstractNumId w:val="1"/>
  </w:num>
  <w:num w:numId="9" w16cid:durableId="667053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65CF4"/>
    <w:rsid w:val="005B13E6"/>
    <w:rsid w:val="00AA1D8D"/>
    <w:rsid w:val="00B47730"/>
    <w:rsid w:val="00CB0664"/>
    <w:rsid w:val="00D817B8"/>
    <w:rsid w:val="00DD69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71175A"/>
  <w14:defaultImageDpi w14:val="300"/>
  <w15:docId w15:val="{D134E03D-8D80-4ABD-818C-165D5616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cciones">
    <w:name w:val="Instrucciones"/>
    <w:rPr>
      <w:rFonts w:ascii="Arial" w:hAnsi="Arial"/>
      <w:i/>
      <w:color w:val="4B5563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1963</Words>
  <Characters>10802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rosamariamurguia</dc:creator>
  <cp:keywords/>
  <dc:description>rosamariamurguia</dc:description>
  <cp:lastModifiedBy>Rosa María Murguía Chávez</cp:lastModifiedBy>
  <cp:revision>2</cp:revision>
  <dcterms:created xsi:type="dcterms:W3CDTF">2026-07-27T04:16:00Z</dcterms:created>
  <dcterms:modified xsi:type="dcterms:W3CDTF">2026-07-27T04:16:00Z</dcterms:modified>
  <cp:category/>
</cp:coreProperties>
</file>